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23Sp/13/2016 z 25. 10. 2016</w:t>
      </w:r>
    </w:p>
    <w:p>
      <w:r>
        <w:t>Rozsudok Krajského súdu Trnava z 25. októbra 2016, sp. zn. 23Sp/13/2016, ECLI:SK:KSTT:2016:2016200366.2</w:t>
      </w:r>
    </w:p>
    <w:p>
      <w:r>
        <w:t>Súd: Krajský súd Trnava</w:t>
      </w:r>
    </w:p>
    <w:p>
      <w:r>
        <w:t>Spisová značka: 23Sp/13/2016</w:t>
      </w:r>
    </w:p>
    <w:p>
      <w:r>
        <w:t>ECLI: ECLI:SK:KSTT:2016:2016200366.2</w:t>
      </w:r>
    </w:p>
    <w:p>
      <w:r>
        <w:t>Dátum vydania: 25. 10. 2016</w:t>
      </w:r>
    </w:p>
    <w:p>
      <w:r>
        <w:t>Forma: Rozsudok</w:t>
      </w:r>
    </w:p>
    <w:p>
      <w:r>
        <w:t>Oblasť práva: Správne právo</w:t>
      </w:r>
    </w:p>
    <w:p>
      <w:pPr>
        <w:pStyle w:val="Heading2"/>
      </w:pPr>
      <w:r>
        <w:t>Text rozhodnutia</w:t>
      </w:r>
    </w:p>
    <w:p>
      <w:r>
        <w:t>Súd: Krajský súd Trnava Spisová značka: 23Sp/13/2016 Identifikačné číslo súdneho spisu: 2016200366 Dátum vydania rozhodnutia: 26. 10. 2016 Meno a priezvisko sudcu, VSÚ: JUDr. Andrea Vyskočová ECLI: ECLI:SK:KSTT:2016:2016200366.2 ROZSUDOK V MENE SLOVENSKEJ REPUBLIKY Krajský súd v Trnave v konaní pred sudkyňou JUDr. Andreou Vyskočovou v právnej veci navrhovateľa: POHOTOVOSŤ, s.r.o., so sídlom Pribinova 25, 811 09 Bratislava, IČO: 35 807 598, proti odporcovi: Okresný úrad Skalica, katastrálny odbor, Námestie Slobody 15, 909 01 Skalica, za účasti: RNDr. B. T., PhD., nar. XX.XX.XXXX, bytom D.. W. XXX, XXX XX I., o návrhu na preskúmanie rozhodnutia odporcu č. V-1508/14-2 zo dňa 03.05.2016, t a k t o r o z h o d o l : I. Súd napadnuté rozhodnutie odporcu č. V-1508/14-2 zo dňa 3. mája 2016 p o t v r d z u j e . II. Súd navrhovateľovi náhradu trov konania nepriznáva. III. Súd účastníkovi konania RNDr. B. T., PhD. náhradu trov konania nepriznáva. IV. Navrhovateľ je povinný zaplatiť súdny poplatok v sume 35 eur, do troch dní od právoplatnosti tohto rozsudku. o d ô v o d n e n i e : Odporca preskúmavaným rozhodnutím rozhodol o návrhu na vklad záložného práva do katastra nehnuteľnosti podľa § 11 ods. 2, § 18 ods. 2 a § 22 ods. 2 zákona č. 162/1995 Z.z. o katastri nehnuteľnosti a o zápise vlastníckych a iných práv k nehnuteľnostiam v znení neskorších predpisov (ďalej len „katastrálny zákon“) a § 46 a § 47 zák. č. 71/1967 Zb. o správnom konaní v znení neskorších predpisov tak, že Okresný úrad Skalica, katastrálny odbor podľa ustanovenia § 31 ods. 3 katastrálneho zákona zamietol návrh na vklad záložného práva do katastra nehnuteľností zo Zmluvy o zriadení záložného práva č. 247/2014-RAČ zo dňa 06.06.2014 evidovanom Okresným úradom Skalica pod č. V-1508/14. Okresnému úradu Skalica, katastrálnemu odboru bol dňa 09.07.2014 doručený návrh na vklad záložného práva do katastra nehnuteľností na základe Zmluvy o zriadení záložného práva č. 247/2014- RAČ zo dňa 06.06.2014 evidovanom pod č. V-1508/14. Podľa predloženej zmluvy predmetom záložného práva boli nehnuteľnosti zapísané na LV č. XXXX pre obec a k.ú. L. ako: pozemok registra „C“ KN parc. č. 2642/71, zastavané plochy a nádvoria o výmere 1030 m2 v spoluvlastníckom podiele 1/162. K nasledovnej nehnuteľnosti zapísanej na LV č. XXXX pre obec a k.ú. L. ako: pozemok registra „E“ KN parc. č. 3119/132, zastavané plochy a nádvoria o výmere 6860 m2 v spoluvlastníckom podiele 1/786. K nasledovným nehnuteľnostiam zapísaných na LV č. XXXX pre obec a k.ú. L. ako: pozemok registra „E“ KN parc. č. 1177, trvalé trávne porasty o výmere 86 m2, pozemok registra „E“ KN parc. č. 1179, orná pôda o výmere 766 m2, pozemok registra „E“ KN parc. č. 1401, orná pôda o výmere 302 m2, pozemok registra „E“ KN parc. č. 2124, orná pôda o výmere 3417 m2, pozemok registra „E“ KN parc. č. 2295, orná pôda o výmere 10 909 m2, pozemok registra „E“ KN parc. č. 2642/2, orná pôda o výmere 4149 m2, pozemok registra „E“ KN parc. č. 2675, orná pôda o výmere 2902 m2, pozemok registra „E“ KN parc. č. 3119/71, orná pôda o výmere 2634 m2, pozemok registra „E“ KN parc. č. 3296, orná pôda o výmere 554 m2, pozemok registra „E“ KN parc. č. 3369/17, trvalé trávne porasty o výmere 4686 m2, v spoluvlastníckom podiele 1/6. K nasledovnej nehnuteľnosti zapísanej na LV č. XXXX pre obec a k.ú. L. ako: pozemok registra „E“ KN parc. č. 3369/31, trvalé trávne porasty o výmere 1264 m2 v spoluvlastníckom podiele 1/168 a k nasledovnej nehnuteľnosti zapísanej na LV č. XXXX pre obec a k.ú. L. ako: pozemok registra „E“ KN parc. č. 3182, trvalé trávne porasty o výmere 11 671 m2 v spoluvlastníckom podiele 1/72 a k nasledovnej nehnuteľnosti zapísanej na LV č. XXXX pre obec a k.ú. L. ako: pozemok registra „E“ KN parc. č. 1722, orná pôda o výmere 75 m2 v spoluvlastníckom podiele 1/6 a k nasledovnej nehnuteľnosti zapísanej na LV č. XXXX pre obec a k.ú. L. ako: pozemok registra „E“ KN parc. č. 3177, trvalé trávne porasty o výmere 32 884 m2 v spoluvlastníckom podiele 1/120. Navrhovateľ podal proti predmetnému rozhodnutiu v zákonnej lehote odvolanie a žiadal, aby súd zrušil rozhodnutie Okresného úradu Skalica, katastrálneho odboru zo dňa 03.05.2016, č.k. V-1508/14-2 a vec vrátil späť na správne konanie s tým, že odporca je povinný nahradiť trovy konania. Navrhovateľ uviedol, že dňa 06.06.2014 bola uzavretá zmluva o zriadení záložného práva č. 247/2014-RAČ medzi navrhovateľom ako záložným veriteľom a fyzickou osobou RNDr. B. T. PhD. ako dlžníkom a záložcom, ktorý bol zastúpený združením ProHelp - združenie občianskoprávnej pomoci so sídlom Povraznícka 18, Bratislava podľa plnej moci uvedenej v dohode o splnomocnení č. 201801283 uzavretej medzi záložným veriteľom na strane veriteľa a záložcom na strane dlžníka.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RNDr. B. T., PhD., nar. XX.XX.XXXX. Vo veci bolo nariadené pojednávanie, na ktoré sa predvolaní navrhovateľ a odporca nedostavili, navrhovateľ ospravedlnil svoju neprítomnosť na pojednávanie a súhlasil s prejednaním veci v jeho neprítomnosti. Nedostavil sa odporca, svoju neúčasť neospravedlnil a ani nepožiadal o odročenie termínu pojednávania, preto súd v zmysle § 250l ods. 2 v spojení s ust. § 250g ods. 2 O.s.p. vec prejednal a rozhodol v neprítomnosti navrhovateľa a odporcu. Účastník konania RNDr. B. T. PhD., na pojednávaní uviedol, že súhlasí s napadnutým rozhodnutím, podľa neho rozhodol správne. Nevie, či podpisoval nejakú dohodu o splnomocnení, pretože pri podpisovaní o úvere mu bolo všetko predložené v jednom balíku a nebolo mu nič vysvetlené. On nemal žiadnu vôľu uzavrieť dohodu o splnomocnení, ktorou by tretiu osobu splnomocnil na uzavretie záložnej zmluvy na zabezpečenie zmluvy o spotrebiteľskom úvere. Keby mal takú vedomosť, tak by s tým určite nesúhlasil.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05.04.2013 bola uzavretá dohoda o splnomocnení medzi splnomocniteľom RNDr. A. T. PhD. a splnomocnencom ProHelp - združenie občianskoprávnej pomoci so sídlom Povraznícka 18, Bratislava za účelom naplnenia a hájenia záujmu splnomocniteľa a na jej žiadosť o bezplatné zastupovanie pri uskutočnení právnych úkonov uvedených v tejto dohode vykonávaných v súvislosti so zmluvou o úvere uzatvorenou so spoločnosťou Pohotovosť, s.r.o., č. zmluvy 201801283.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05.04.2013 ako zmluva o spotrebiteľskom úvere.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vo výške 600 eur, a to i napriek tomu, že dlžník sa na základe zmluvy o spotrebiteľskom úvere zaviazal zaplatiť spoločnosti POHOTOVOSŤ, s.r.o. ako veriteľovi aj celkové náklady spotrebiteľa spojené so spotrebiteľským úverom vo výške 576 eur. Dohoda o splnomocnení,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účastníkovi RNDr. A. T. PhD. vzhľadom na právnu úpravu v zmysle ust. § 250l ods. 2 O.s.p. v spojení s ust. § 250k O.s.p. nie je možné náhradu trov konania priznať. Súd uložil navrhovateľovi povinnosť zaplatiť súdny poplatok za návrh v zmysle ust. § 2 ods. 4, § 5 ods.1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