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23Sp/14/2016 z 6. 9. 2016</w:t>
      </w:r>
    </w:p>
    <w:p>
      <w:r>
        <w:t>Rozsudok Krajského súdu Trnava z 6. septembra 2016, sp. zn. 23Sp/14/2016, ECLI:SK:KSTT:2016:2016200386.1</w:t>
      </w:r>
    </w:p>
    <w:p>
      <w:r>
        <w:t>Súd: Krajský súd Trnava</w:t>
      </w:r>
    </w:p>
    <w:p>
      <w:r>
        <w:t>Spisová značka: 23Sp/14/2016</w:t>
      </w:r>
    </w:p>
    <w:p>
      <w:r>
        <w:t>ECLI: ECLI:SK:KSTT:2016:2016200386.1</w:t>
      </w:r>
    </w:p>
    <w:p>
      <w:r>
        <w:t>Dátum vydania: 6. 9. 2016</w:t>
      </w:r>
    </w:p>
    <w:p>
      <w:r>
        <w:t>Forma: Rozsudok</w:t>
      </w:r>
    </w:p>
    <w:p>
      <w:r>
        <w:t>Oblasť práva: Správne právo</w:t>
      </w:r>
    </w:p>
    <w:p>
      <w:pPr>
        <w:pStyle w:val="Heading2"/>
      </w:pPr>
      <w:r>
        <w:t>Text rozhodnutia</w:t>
      </w:r>
    </w:p>
    <w:p>
      <w:r>
        <w:t>Súd: Krajský súd Trnava Spisová značka: 23Sp/14/2016 Identifikačné číslo súdneho spisu: 2016200386 Dátum vydania rozhodnutia: 07. 09. 2016 Meno a priezvisko sudcu, VSÚ: JUDr. Andrea Vyskočová ECLI: ECLI:SK:KSTT:2016:2016200386.1 ROZSUDOK V MENE SLOVENSKEJ REPUBLIKY Krajský súd v Trnave v konaní pred sudkyňou JUDr. Andreou Vyskočovou v právnej veci navrhovateľa: POHOTOVOSŤ, s.r.o., so sídlom Pribinova 25, 811 09 Bratislava, IČO: 35 807 598, proti odporcovi: Okresný úrad Piešťany, katastrálny odbor, Krajinská cesta 13, 921 32 Piešťany, za účasti: A. D., nar. XX.XX.XXXX, bytom K. D. XXXX/XX, XXX XX N., o návrhu na preskúmanie rozhodnutia odporcu č. V 2457/15-02 zo dňa 30.03.2016, t a k t o r o z h o d o l : I. Súd napadnuté rozhodnutie odporcu č. V 2457/15-02 zo dňa 30. marca 2016 p o t v r d z u j e . II. Súd navrhovateľovi náhradu trov konania nepriznáva. III. Súd účastníčke konania A. D. náhradu trov konania nepriznáva. IV. Navrhovateľ je povinný zaplatiť súdny poplatok v sume 35 eur, do troch dní od právoplatnosti tohto rozsudku. o d ô v o d n e n i e : Odporca preskúmavaným rozhodnutím rozhodol o návrhu na vklad záložného práva do katastra nehnuteľností podľa ust. § 18 ods.2 písm. a) a § 22 ods. 2 zákona č. 162/1995 Z.z. o katastri nehnuteľností a o zápise vlastníckych a iných práv k nehnuteľnostiam v znení neskorších predpisov (ďalej len katastrálny zákona) a podľa § 46 a § 47 zák. č. 71/1967 Zb. o správnom konaní v znení neskorších predpisov (Správny poriadok) tak, že podľa § 31 ods. 3 zák. č. 162/1995 Z.z. o katastri nehnuteľností a o zápise vlastníckych a iných práv k nehnuteľnostiam v znení neskorších predpisov zamietol návrh na vklad záložnej zmluvy evidovanej pod č. V 2457/15. Odporca v odôvodnení napadnutého rozhodnutia uviedol, že Okresnému úradu Piešťany, katastrálnemu odboru bol dňa 28.09.2015 doručený návrh na vklad záložného práva, ktorý bol prijatý pod č. k. V 2457/15 a jeho prílohou bola Zmluva o zriadení záložného práva č. 264/2015-RAČ uzatvorená dňa 24.08.2015 medzi záložným veriteľom POHOTOVOSŤ, s.r.o. a záložcom A. D. v zastúpení DSS Nestor, o.z., ohľadom nehnuteľností zapísaných na liste vlastníctva č. XXXX k.ú. N. a XXXX k.ú. I.. V predmetnom prípade bol záložca zastúpený na základe dohody o splnomocnení z 14.02.2014 združením ProHelp - združenie občianskoprávnej pomoci, IČO 42180139. Dohoda o splnomocnení je napísaná na štandardnom zmluvnom formulári, pričom z textu dohody o splnomocnení, osobitne bodu 2. vyplýva, že táto dohoda je spracovaná na zastupovanie voči spoločnosti POHOTOVOSŤ, s.r.o.. Základný nedostatok dohody o splnomocnení spočíva v tom, že záložca si musí vybrať zástupcu, pričom ide o zástupcu, ktorého kroky potenciálne budú smerovať proti záujmom zastúpeného a to aj keď budú tieto „záujmy“ zastúpeného v rozpore s jeho vlastnými povinnosťami, vyplývajúcimi zo záložnej zmluvy. Tento právny úkon dohoda o splnomocnení nevychádza z podmienok utvárania slobodnej vôle konajúceho záložcu, čo potvrdzuje aj dostatočne známa katastrálna i súdna prax, nakoľko žiadna úverová a záložná zmluva, kde by bol záložca zastúpený inou osobou ako ProHelp - združenie občianskoprávnej pomoci alebo DSS Nestor o.z., Stred 449, 027 05 Zázrivá na kataster predložená doposiaľ nebola, z čoho vyplýva, že uzavretie tejto zmluvy je súčasťou a podmienkou poskytnutia úveru, čo považuje za preukázané. Túto podmienku považuje za podmienku na uzavretie úverovej zmluvy, čo z pohľadu ust. § 53 ods. 5 OZ spôsobuje neplatnosť tejto podmienky a to dohody o splnomocnení a následne záložnej zmluvy. Podmienky, za ktorých bola dohoda o splnomocnení zo strany splnomocniteľa podpísaná v deň podpísania zmluvy o úvere pôsobia rušivo a násilne na mechanizmus vzniku vôle a obmedzujú tak konajúceho záložcu vo výbere primeraných možností na prejavenie vôle. Taktiež skutočnosť, že splnomocnenec podpísal záložnú zmluvu až po uplynutí skoro jedného roka po uzavretí dohody o plnomocenstve a poskytnutí úveru v spojení s tým, že podpísaním záložnej zmluvy právny zástupca DSS Nestor o.z., Stred 449, 027 05 Zázrivá nezlepšil právne postavenie záložcu, ale ho naopak zhoršil v prospech záložného veriteľa preukazujú, že splnomocnenec nekonal v prospech záložcu. Ani z obsahu dohody o plnomocenstve dostatočne nevyplýva, že by splnomocnenec mal na základe dohody poskytnúť splnomocniteľovi právnu pomoc a obhajobu jeho práv, ale skôr naopak splnomocnenec mal skôr hájiť práva veriteľa (čo potvrdzuje vyššie spomenutá všeobecne známa prax), čo nebolo účelom právneho úkonu. Túto skutočnosť následne potvrdili aj vyššie uvedené kroky DSS Nestor o.z., Stred 449, 027 05 Zázrivá v predmetnom prípade. Na základe ust. 31 ods. 1 katastrálneho zákona je správa katastra oprávnená a povinná posudzovať aj platnosť dohody o plnomocenstve a posúdiť platnosť dohody a záver, či predmetný úkon je určitý a nie je rozporný jej obsah a následné úkony splnomocniteľa pri výkone splnomocnenia. Navrhovateľ podal proti predmetnému rozhodnutiu v zákonnej lehote odvolanie a žiadal, aby súd napadnuté rozhodnutie odporcu zrušil a vec vrátil späť na správne konanie s tým, že odporca je povinný nahradiť trovy konania. Navrhovateľ uviedol, že dňa 24.08.2015 bola uzavretá Zmluva o zriadení záložného práva č. 264/2015- RAČ medzi spoločnosťou POHOTOVOSŤ, s.r.o., na strane záložného veriteľa a fyzickou osobou A. D., nar. XX.XX.XXXX, bytom K. D. XXXX/XX, XXX XX N., v zastúpení: DSS Nestor o.z., Stred 449, 027 05 Zázrivá (predtým ProHelp - združenie občianskoprávnej pomoci so sídlom Povraznícka 18, Bratislava) podľa Dohody o splnomocnení č. 208700282 uzavretej medzi záložným veriteľom na strane veriteľa a záložcom na strane dlžníka, ktorej predmetom bolo poskytnutie úveru od záložného veriteľa záložcovi. Predmetom záložnej zmluvy bolo zriadenie záložného práva k nehnuteľnostiam tak, ako sú v zmluve špecifikované v prospech záložného veriteľa na zabezpečenie pohľadávok záložného veriteľa voči záložcovi, ktoré vznikli podľa úverovej zmluvy, najmä pohľadávky na vrátenie úveru a zaplatenie príslušenstva úveru. Navrhovateľ nezákonnosť napadnutého rozhodnutia odôvodnil tým, že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nehnuteľnostiam. Dohoda o splnomocnení bola uzavretá riadne v súlade s príslušnými ustanoveniami Občianskeho zákonníka o zastúpení a spĺňa náležitosti platného právneho úkonu, ktorými sú slobodná vôľa, vážnosť, určitosť a zrozumiteľnosť.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prípade dohody o splnomocnení ide o samostatne existujúci dvojstranný právny úkon, ktorého jednou stranou v postavení splnomocniteľa je dlžník a druhou stranou je zástupca, bez akejkoľvek účasti veriteľa na ňom. Zo spisu správneho orgánu tiež nevyplýva, že by veriteľ zastúpenie zástupcom od dlžníka požadoval alebo mu osobu zástupcu dokonca navrhoval. Je teda zrejmé, že predložené plnomocenstvo je samostatným právnym úkonom uzavretý medzi dlžníkom a jeho zástupcom, ktorý je úplne nezávislým od veriteľa a jeho zmluvnej dokumentácie. Správny orgán nepreukázal, že by veriteľ do tohto právneho úkonu zasahoval alebo ovplyvňoval jeho obsah. Predmetná námietka je teda čo do právneho posúdenia nesprávna a vychádza z nespoľahlivo zisteného skutkového stavu veci. Dohodu o splnomocnení, ktorej predmetom je bezplatné zastupovanie splnomocniteľa splnomocnencom podľa názoru navrhovateľa nemožno posudzovať ako spotrebiteľskú zmluvu a teda sa na ňu ani nevzťahujú ustanovenia § 53 Obč. zákonníka o neprijateľných zmluvných podmienkach v spotrebiteľských zmluvách, na ktoré odkazuje správny orgán v napadnutom rozhodnutí. Rozhodnutie, resp. záver správneho orgánu po neplatnosti zmluvy o úvere pre rozpor s dobrými mravmi je nepreskúmateľné pre nedostatok dôvodov. Súd v zmysle ust. § 250m ods. 3 O.s.p. za účastníka konania považoval aj A. D., nar. XX.XX.XXXX. Vo veci bolo nariadené pojednávanie, na ktoré sa predvolaní účastníci konania nedostavili. Navrhovateľ a účastníčka konania A. D. svoju neprítomnosť ospravedlnili a súhlasili s prejednaním veci v ich neprítomnosti. Nedostavil sa ani odporca, svoju neúčasť neospravedlnil, súd preto v zmysle § 250l ods. 2 v spojení s ust. § 250g ods. 2 O.s.p. prejednal a rozhodol vec v neprítomnosti účastníkov konania. Krajský súd po preskúmaní napadnutého rozhodnutia, ako aj konania predchádzajúceho jeho vydaniu postupom v zmysle tretej hlavy piatej časti Občianskeho súdneho poriadku dospel k záveru, že odvolanie nie je dôvodné. Odporca ako správny orgán posudzoval, či predložená zmluva o zriadení záložného práva obsahuje podstatné náležitosti príslušného zmluvného typu a zároveň skúmal, či takáto zmluva bola uzavretá v súlade s príslušnými citovanými ustanoveniami Občianskeho zákonníka, ktoré sa týkajú platnosti právnych úkonov a to z hľadiska kritérií v zmysle ustanovenia § 31 ods. 1 katastrálneho zákona. Podľa § 22 ods. 5 katastrálneho zákona, v katastrálnom konaní sa postupuje podľa všeobecných predpisov o správnom konaní, 7) ak tento zákon alebo iný zákon neustanovuje inak.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Podľa § 31 ods. 3 katastrálneho zákona, ak sú podmienky na vklad splnené, okresný úrad vklad povolí; inak návrh zamietne. Podľa § 22 ods.2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3 Občianskeho zákonníka, ak dodávateľ nepreukáže opak, zmluvné ustanovenia dohodnuté medzi dodávateľom a spotrebiteľom sa nepovažujú za individuálne dojednané. Podľa § 53 ods. 5 Občianskeho zákonníka, neprijateľné podmienky upravené v spotrebiteľských zmluvách sú neplatné. Podľa § 53 ods. 10 Občianskeho zákonníka,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 3 ods. 1 zákona č. 71/1967 Zb. o správnom konaní (ďalej len „Správny poriadok“), správne orgány postupujú v konaní v súlade so zákonmi a inými právnymi predpismi. Sú povinné chrániť záujmy štátu a spoločnosti, práva a záujmy fyzických osôb a právnických osôb a dôsledne vyžadovať plnenie ich povinností.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 ods. 4 Správneho poriadku, rozhodnutie správnych orgánov musí vychádzať zo spoľahlivo zisteného stavu veci. Správne orgány dbajú o to, aby v rozhodovaní o skutkovo zhodných alebo podobných prípadoch nevznikali neodôvodnené rozdiely. Podľa § 46 Správneho poriadku, rozhodnutie musí byť v súlade so zákonmi a ostatnými právnymi predpismi, musí ho vydať orgán na to príslušný, musí vychádzať zo spoľahlivo zisteného stavu veci a musí obsahovať predpísané náležitosti.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250m ods. 1 O.s.p., konanie sa začína na návrh, ktorým je opravný prostriedok proti rozhodnutiu správneho orgánu. Podľa § 250m ods. 3 O.s.p., účastníkmi konania sú tí, ktorí nimi sú v konaní na správnom orgáne, a správny orgán, ktorého rozhodnutie sa preskúmava. Súd zo spisového materiálu zistil, že dňa 11.02.2014 bola uzavretá Dohoda o splnomocnení medzi splnomocniteľom A. D. a splnomocnencom ProHelp - združenie občianskoprávnej pomoci, so sídlom Povraznícka 18, Bratislava, za účelom naplnenia a hájenia záujmu splnomocniteľa a na jeho žiadosť o bezplatné zastupovanie pri uskutočnení právnych úkonov uvedených v tejto Dohode o vykonávaných v súvislosti so zmluvou o úvere uzatvorenou so spoločnosťou POHOTOVOSŤ, s.r.o., č. zmluvy: 208700282. Splnomocniteľ udelil združeniu ProHelp plnomocenstvo na uzatvorenie záložnej zmluvy podľa § 552 Občianskeho zákonníka v mene splnomocniteľa k nehnuteľnostiam, ktoré v čase uzatvorenia záložnej zmluvy sú v splnomocniteľovom vlastníctve alebo spoluvlastníctve. Bližšia špecifikácia nehnuteľností vo vlastníctve splnomocniteľa bola uvedená v bode 4 predmetnej dohody o splnomocnení. Z formy a obsahu dohody o splnomocnení je zrejmé, že ide o tzv. „formulárovú“ zmluvu, ktorej predtlač formulára písanú malými písmenkami bola už vopred pripravená, do ktorej sa dopisovali iba údaje týkajúce sa splnomocniteľa, číslo zmluvy o úvere uzatvorenej so spoločnosťou Pohotovosť, s.r.o. a v bode 4 špecifikácia nehnuteľností vo vlastníctve splnomocniteľa. Text dohody o splnomocnení je písaný veľmi malým písmom, ťažko čitateľný. Dohoda o splnomocnení bola podpísaná v ten istý deň 11.02.2014 ako zmluva o spotrebiteľskom úvere, ktorá bola spísaná na veľmi podobnom formulári, písaný rovnakým písmom aj spôsobom. Správny orgán pri rozhodovaní o návrhu na vklad zmluvy o zriadení záložného práva predložený navrhovateľom správne posudzoval v zmysle ust. § 31 ods.1 katastrálneho zákona, či dohoda o splnomocnení je platná, či zmluvná voľnosť účastníkov zmluvy o zriadení záložného práva nie je obmedzené, či zmluva o zriadení záložného práva neodporuje zákonu, či zákon neobchádza, či sa neprieči dobrým mravom. Súd dospel k záveru, že predmetná dohoda o splnomocnení je podľa § 22 ods. 2 Občianskeho zákonníka absolútne neplatná pre rozpor záujmov dlžníka a zástupcu, nakoľko zástupca dlžníka nehájil záujem dlžníka, pretože za dlžníka uzavrel záložnú zmluvu na nehnuteľnosti vo vlastníctve dlžníka, ktorých hodnota mnohonásobne prevyšuje hodnotu úveru, a to i napriek tomu, že dlžník sa na základe zmluvy o spotrebiteľskom úvere zaviazal zaplatiť spoločnosti POHOTOVOSŤ, s.r.o. ako veriteľovi okrem príslušenstva aj náklady v sume 528 eur, ktoré sú skoro vo výške poskytnutého úveru vo výške 600 eur. Dohoda o splnomocnení, ktorá bola spísaná na podobnom formulári ako predmetná zmluva o spotrebiteľskom úvere, bola vopred pripravená a jej obsah nemohol dlžník žiadnym spôsobom ovplyvniť a ani ich neovplyvnil. Právne úkony urobené zástupcom v rozpore s ust. § 22 ods. 2 Občianskeho zákonníka sú v zmysle § 39 Občianskeho zákonníka neplatné. Vzhľadom k tomu, že zmluva o zriadení záložného práva bola podpísaná za dlžníka osobou na základe dohody o splnomocnení, ktorá je v rozpore s ust. § 22 ods.2 Občianskeho zákonníka, potom aj zmluva o zriadení záložného práva je absolútne neplatná v zmysle ust. § 39 Občianskeho zákonníka. Na základe vyššie uvedeného súd dospel k záveru, že odporca rozhodol vecne správne a preto napadnuté rozhodnutie podľa § 250q ods. 2 O.s.p. potvrdil. Súd rozhodol o náhrade trov konania navrhovateľa a účastníka konania v zmysle ust. § 250m O.s.p. a v súlade s ust. § 250k ods. 1 O.s.p. tak, že im náhradu trov konania nepriznal, nakoľko navrhovateľ bol procesne neúspešný a účastníčke Drahoslave Bučkovej vzhľadom na právnu úpravu v zmysle ust. § 250l ods. 2 O.s.p. v spojení s ust. § 250k O.s.p. nie je možné náhradu trov konania priznať. Súd uložil navrhovateľovi povinnosť zaplatiť súdny poplatok za návrh v zmysle ust. § 2 ods. 4, § 5 ods. 1 písm. h) zákona č. 71/1992 Zb. o súdnych poplatkoch podľa položky 10 písm. e) sadzobníka súdnych poplatkov, ktorý tvorí prílohu zákona. Poučenie: Proti tomuto rozhodnutiu je možné podať odvolanie v lehote do 15 dní odo dňa jeho doručenia prostredníctvom tunajšieho súdu na Najvyšší súd Slovenskej republiky.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https://www.kauzis.sk/judikatura/r/ECLI:SK:KSTT:2016:2016200386.1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