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14S/48/2016 z 2. 11. 2016</w:t>
      </w:r>
    </w:p>
    <w:p>
      <w:r>
        <w:t>Uznesenie Krajského súdu Trnava z 2. novembra 2016, sp. zn. 14S/48/2016, ECLI:SK:KSTT:2016:2016200421.1</w:t>
      </w:r>
    </w:p>
    <w:p>
      <w:r>
        <w:t>Súd: Krajský súd Trnava</w:t>
      </w:r>
    </w:p>
    <w:p>
      <w:r>
        <w:t>Spisová značka: 14S/48/2016</w:t>
      </w:r>
    </w:p>
    <w:p>
      <w:r>
        <w:t>ECLI: ECLI:SK:KSTT:2016:2016200421.1</w:t>
      </w:r>
    </w:p>
    <w:p>
      <w:r>
        <w:t>Dátum vydania: 2. 11. 2016</w:t>
      </w:r>
    </w:p>
    <w:p>
      <w:r>
        <w:t>Forma: Uznesenie</w:t>
      </w:r>
    </w:p>
    <w:p>
      <w:pPr>
        <w:pStyle w:val="Heading2"/>
      </w:pPr>
      <w:r>
        <w:t>Text rozhodnutia</w:t>
      </w:r>
    </w:p>
    <w:p>
      <w:r>
        <w:t>Súd: Krajský súd Trnava Spisová značka: 14S/48/2016 Identifikačné číslo súdneho spisu: 2016200421 Dátum vydania rozhodnutia: 03. 11. 2016 Meno a priezvisko sudcu, VSÚ: JUDr. Pavol Laczo ECLI: ECLI:SK:KSTT:2016:2016200421.1 Uznesenie Krajský súd v Trnave, v senáte zloženom z predsedu senátu JUDr. Pavla Lazca a sudcov JUDr. Andrey Vyskočovej a JUDr. Ľubomíra Bundzela v právnej veci žalobcu: JK Gabčíkovo, Patašská 586, 930 05 Gabčíkovo, IČO: 35 844 761, zastúpený PETERKA &amp; PARTNERS advokátska kancelária s.r.o., organizačná zložka, so sídlom Kapitulská 18/A, 811 01 Bratislava, proti žalovanému: Finančné riaditeľstvo Slovenskej republiky, so sídlom Lazovná 63, 974 01 Banská Bystrica, o preskúmanie zákonnosti rozhodnutia žalovaného č. 531363/2016 zo dňa 22.04.2016, o návrhu žalobcu o priznanie odkladného účinku správnej žalobe, t a k t o r o z h o d o l : Správny súd návrh žalobcu na priznanie odkladného účinku správnej žalobe z a m i e t a. o d ô v o d n e n i e : 1. Žalobou doručenou súdu dňa 29.06.2016 sa žalobca domáhal preskúmania zákonnosti rozhodnutia žalovaného č. 531363/2016 zo dňa 22.04.2016, ktorým potvrdil rozhodnutie DÚ Trnava, pobočka Dunajská Streda, ktorým určil žalobcovi rozdiel dane z pridanej hodnoty za zdaňovacie obdobie august 2008 v sume 25.549,72 eur. 2. Žalobca zároveň so žalobou podal návrh na priznanie správnej žalobe odkladný účinok, ktorého potrebu odôvodnil tým, že okamžitým výkonom napadnutého rozhodnutia mu hrozí závažná ujma v dôsledku sezónnosti produkcie, čerpaní dotácií a rozbehnutých investícií. 3. Žalovaný sa k návrhu žalobcu na priznanie odkladného účinku správnej žalobe osobitne nevyjadril. 4. Podľa § 491 ods. 1 zák.č. 162/2015 Z.z. Správny súdny poriadok (ďalej len „SSP“), ak nie je ďalej ustanovené inak, platí tento zákon aj na konania začaté podľa piatej časti Občianskeho súdneho poriadku predo dňom nadobudnutia jeho účinnosti.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Podľa § 187 ods. 3 SSP, o návrhu žalobcu podľa § 185 rozhodne správny súd do 30 dní od doručenia vyjadrenia žalovaného k tomuto návrhu, prípadne administratívnych spisov, ak bol návrh podaný súčasne so správnou žalobou. Podľa § 188 SSP, ak správny súd návrhu žalobcu nevyhovie, uznesením ho zamietne. Podľa § 149 ods. 2 SSP, písomné vyhotovenie uznesenia, ktorým sa nerozhodlo vo veci samej, môže obsahovať iba stručné odôvodnenie. 5.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6.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7. Návrh žalobcu na priznanie odkladného účinku správnej žalobe neobsahuje žiadne konkrétne dôkazy na preukázanie hrozby závažnej ujmy, resp. iného vážneho nenapraviteľného následku a ani z administratívneho spisu hrozba závažnej ujmy z dôvodu okamžitého výkonu rozhodnutia orgánu verejnej správy nevyplýva. Správny súd nepovažuje všeobecné okolnosti, na ktoré v návrhu o priznanie odkladného účinku správnej žalobe žalobca stručne poukázal za také, ktoré by zakladali dôvody prípadnej hrozby závažnej ujmy. Hrozba musí byť reálna, čo však ale neznamená, že v každom prípade závažná ujma aj nastane, preto správny súd nepovažoval za dôvodné vyhovieť návrhu žalobcu na priznanie odkladného účinku správnej žalobe a návrh zamietol. 8. Toto rozhodnutie senát Krajského súdu v Trnave prijal pomerom hlasov 3:0 (§ 3 ods. 9 zák. č. 757/2004 Z.z. v znení zák. č. 33/2011 Z.z.). Poučenie: Proti tomuto rozhodnutiu nie je prípustná kasačná sťažnosť (§ 439 ods. 2 písm. e) SPP).</w:t>
      </w:r>
    </w:p>
    <w:p/>
    <w:p>
      <w:r>
        <w:t>Zdroj: KAUZIS.SK – https://www.kauzis.sk/judikatura/r/ECLI:SK:KSTT:2016:2016200421.1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