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44Sa/2/2016 z 30. 11. 2016</w:t>
      </w:r>
    </w:p>
    <w:p>
      <w:r>
        <w:t>Uznesenie Krajského súdu Trnava z 30. novembra 2016, sp. zn. 44Sa/2/2016, ECLI:SK:KSTT:2016:2016200440.1</w:t>
      </w:r>
    </w:p>
    <w:p>
      <w:r>
        <w:t>Súd: Krajský súd Trnava</w:t>
      </w:r>
    </w:p>
    <w:p>
      <w:r>
        <w:t>Spisová značka: 44Sa/2/2016</w:t>
      </w:r>
    </w:p>
    <w:p>
      <w:r>
        <w:t>ECLI: ECLI:SK:KSTT:2016:2016200440.1</w:t>
      </w:r>
    </w:p>
    <w:p>
      <w:r>
        <w:t>Dátum vydania: 30. 11. 2016</w:t>
      </w:r>
    </w:p>
    <w:p>
      <w:r>
        <w:t>Forma: Uznesenie</w:t>
      </w:r>
    </w:p>
    <w:p>
      <w:pPr>
        <w:pStyle w:val="Heading2"/>
      </w:pPr>
      <w:r>
        <w:t>Text rozhodnutia</w:t>
      </w:r>
    </w:p>
    <w:p>
      <w:r>
        <w:t>Súd: Krajský súd Trnava Spisová značka: 44Sa/2/2016 Identifikačné číslo súdneho spisu: 2016200440 Dátum vydania rozhodnutia: 01. 12. 2016 Meno a priezvisko sudcu, VSÚ: JUDr. Pavol Laczo ECLI: ECLI:SK:KSTT:2016:2016200440.1 Uznesenie Krajský súd v Trnave v právnej veci žalobcu: POHOTOVOSŤ, s.r.o., so sídlom Pribinova 25, 811 09 Bratislava, IČO: 35 807 598, proti žalovanému: Okresný úrad Skalica, katastrálny odbor, so sídlom Námestie Slobody 15, 909 01 Skalica, za účasti: S. X., nar.XX.XX.XXXX, trvale bytom R. XXX/X, XXX XX R., o preskúmanie rozhodnutia žalovaného č. V-562/14-2 zo dňa 26.05.2016, takto r o z h o d o l : Súd konanie z a s t a v u j e. Po právoplatnosti tohto uznesenia bude vec postúpená Okresnému úradu Skalica, katastrálny odbor. Žiaden z účastníkov konania nemá právo na náhradu trov konania. o d ô v o d n e n i e : 1. Žalobca svojim návrhom zo dňa 03.06.2016, doručeným žalovanému dňa 28.06.2016 žiadal o preskúmania zákonnosti rozhodnutia žalovaného č. V-562/14-2 zo dňa 26.05.2016, ktorým žalovaný rozhodol o návrhu na vklad záložného práva do katastra nehnuteľností podľa § 18 ods. 2 písm. a) a § 22 ods. 2 zákona č. 162/1995 Z. z. o katastri nehnuteľností a o zápise vlastníckych a iných práv k nehnuteľnostiam (Katastrálny zákon) v znení neskorších predpisov a § 2 ods. 3 zákona č. 180/2003 Z. z. o organizácii miestnej štátnej správy a o zmene a doplnení niektorých zákonov a podľa § 46 a § 47 zákona č. 71/1967 Zb. o správnom konaní v znení neskorších predpisov tak, že postupom podľa § 31 ods. 3 katastrálneho zákona zamietol návrh na vklad záložného práva do katastra nehnuteľností podaný na príslušný okresný úrad dňa 26.03.2014 na základe predloženej Zmluvy o zriadení záložného práva č. 72/2014-PTR zo dňa 11.03.2014. 2. Predmetný opravný prostriedok žalobcu zo dňa 03.06.2016 bol tunajšiemu súdu doručený dňa 01.07.2016.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Skalica, Katastrálny odbor, z dôvodu, že o opravnom prostriedku, t. 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ustanovenia § 177 a nasl. SSP. 9. Nedostatok právomoci súdu je nedostatok procesnej podmienky konania, ktorý nemožno odstrániť. Preto súd postupoval podľa § 18 ods. 1 SSP a konanie o preskúmaní napadnutého rozhodnutia zastavil a rozhodol, že po právoplatnosti uznesenia bude vec postúpená Okresnému úradu Skalica, Katastrálny odbor. 10. O náhrade trov konania súd rozhodol podľa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https://www.kauzis.sk/judikatura/r/ECLI:SK:KSTT:2016:2016200440.1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