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20Sa/5/2016 z 7. 8. 2016</w:t>
      </w:r>
    </w:p>
    <w:p>
      <w:r>
        <w:t>Uznesenie Krajského súdu Trnava z 7. augusta 2016, sp. zn. 20Sa/5/2016, ECLI:SK:KSTT:2016:2016200463.1</w:t>
      </w:r>
    </w:p>
    <w:p>
      <w:r>
        <w:t>Súd: Krajský súd Trnava</w:t>
      </w:r>
    </w:p>
    <w:p>
      <w:r>
        <w:t>Spisová značka: 20Sa/5/2016</w:t>
      </w:r>
    </w:p>
    <w:p>
      <w:r>
        <w:t>ECLI: ECLI:SK:KSTT:2016:2016200463.1</w:t>
      </w:r>
    </w:p>
    <w:p>
      <w:r>
        <w:t>Dátum vydania: 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20Sa/5/2016 Identifikačné číslo súdneho spisu: 2016200463 Dátum vydania rozhodnutia: 08. 08. 2016 Meno a priezvisko sudcu, VSÚ: JUDr. Róbert Foltán ECLI: ECLI:SK:KSTT:2016:2016200463.1 Uznesenie Krajský súd v Trnave v právnej veci žalobcu: S. U., nar. XX.XX.XXXX, bytom Q. XXX/X, XXX XX F., proti žalovanej: Sociálna poisťovňa - ústredie, so sídlom ul. 29. augusta č. 8, 813 63 Bratislava, o preskúmanie rozhodnutia žalovanej č. XXX XXX XXXX X zo dňa 15.02.2016,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opravným prostriedkom zo dňa 26.04.2016 doručeným žalovanej dňa 02.05.2016, žiadal o preskúmanie rozhodnutia žalovanej č. XXX XXX XXXX X zo dňa 15.02.2016, ktorým žalovaná postupom podľa ust. § 70 a § 71 zák. č. 461/2003 Z.z. o sociálnom poistení v znení neskorších predpisov zamietla žiadosť žalobcu o invalidný dôchodok zo dňa 22.01.2016. 2. Predmetný opravný prostriedok žalobcu zo dňa 26.04.2016 bol tunajšiemu súdu doručený dňa 11.07.2016.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https://www.kauzis.sk/judikatura/r/ECLI:SK:KSTT:2016:2016200463.1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