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21Sa/8/2016 z 16. 8. 2016</w:t>
      </w:r>
    </w:p>
    <w:p>
      <w:r>
        <w:t>Uznesenie Krajského súdu Trnava z 16. augusta 2016, sp. zn. 21Sa/8/2016, ECLI:SK:KSTT:2016:2016200485.1</w:t>
      </w:r>
    </w:p>
    <w:p>
      <w:r>
        <w:t>Súd: Krajský súd Trnava</w:t>
      </w:r>
    </w:p>
    <w:p>
      <w:r>
        <w:t>Spisová značka: 21Sa/8/2016</w:t>
      </w:r>
    </w:p>
    <w:p>
      <w:r>
        <w:t>ECLI: ECLI:SK:KSTT:2016:2016200485.1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21Sa/8/2016 Identifikačné číslo súdneho spisu: 2016200485 Dátum vydania rozhodnutia: 17. 08. 2016 Meno a priezvisko sudcu, VSÚ: JUDr. Božena Husárová ECLI: ECLI:SK:KSTT:2016:2016200485.1 Uznesenie Krajský súd v Trnave v právnej veci žalobcu: Ing. F. F., nar. X.X.XXXX, bytom N. T. XX, XXX XX N., proti žalovanej: Sociálna poisťovňa, ústredie, so sídlom Ul. 29. augusta č. 8, 813 63 Bratislava, o preskúmanie rozhodnutia žalovanej č. XXX XXX XXXX X zo dňa 20.4.2016,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podaním označeným ako “odvolanie voči rozhodnutiu o priznaní SD“ doručeným žalovanej dňa 30.5.2016 žiadal o preskúmanie rozhodnutia žalovanej č. XXX XXX XXXX X zo dňa 20.4.2016, ktorým mu bol podľa § 65 a § 82 zákona č. 461/2003 Z. z. o sociálnom poistení od 5.3.2016 priznaný starobný dôchodok v sume 810,20 eur mesačne. 2. Predmetný návrh bol tunajšiemu súdu doručený dňa 20.07.2016.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kasačná sťažnosť (§ 439 ods. 2 písm. d) SPP).</w:t>
      </w:r>
    </w:p>
    <w:p/>
    <w:p>
      <w:r>
        <w:t>Zdroj: KAUZIS.SK – https://www.kauzis.sk/judikatura/r/ECLI:SK:KSTT:2016:2016200485.1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