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23Sa/10/2016 z 2. 8. 2016</w:t>
      </w:r>
    </w:p>
    <w:p>
      <w:r>
        <w:t>Uznesenie Krajského súdu Trnava z 2. augusta 2016, sp. zn. 23Sa/10/2016, ECLI:SK:KSTT:2016:2016200501.1</w:t>
      </w:r>
    </w:p>
    <w:p>
      <w:r>
        <w:t>Súd: Krajský súd Trnava</w:t>
      </w:r>
    </w:p>
    <w:p>
      <w:r>
        <w:t>Spisová značka: 23Sa/10/2016</w:t>
      </w:r>
    </w:p>
    <w:p>
      <w:r>
        <w:t>ECLI: ECLI:SK:KSTT:2016:2016200501.1</w:t>
      </w:r>
    </w:p>
    <w:p>
      <w:r>
        <w:t>Dátum vydania: 2.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23Sa/10/2016 Identifikačné číslo súdneho spisu: 2016200501 Dátum vydania rozhodnutia: 03. 08. 2016 Meno a priezvisko sudcu, VSÚ: JUDr. Andrea Vyskočová ECLI: ECLI:SK:KSTT:2016:2016200501.1 Uznesenie Krajský súd v Trnave v právnej veci žalobkyne: J. G., nar. XX.X.XXXX, bytom M. XXX/XXX, XXX XX J., proti žalovanej: Sociálna poisťovňa, ústredie, so sídlom ul. 29. augusta č. 8, 813 63 Bratislava, o preskúmanie rozhodnutia žalovanej č. XXX XXX XXXX X zo dňa 23.06.2016,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opravným prostriedkom zo dňa 22.07.2016 doručeným tunajšiemu súdu dňa 28.07.2016, žiadala o preskúmanie rozhodnutia žalovanej č. XXX XXX XXXX X zo dňa 23.06.2016, ktorým žalovaná rozhodla podľa § 70 a § 71 ods. 1 zákona č. 461/2003 Z. z. o sociálnom poistení v znení neskorších predpisov tak, že zamietla žalobkyni žiadosť o invalidný dôchodok zo dňa 04.05.2016. 2.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18 ods. 1 SSP, ak správny súd zistí, že vec nepatrí do právomoci súdov, konanie zastaví; ak možno zistiť iný orgán, do ktorého právomoci vec patrí, správny súd mu vec po zastavení konania uznesením postúpi. Podľa § 18 ods. 5 SSP, právne účinky spojené s podaním žaloby alebo iného podania zostávajú pri postúpení veci zachované. 3.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druhostupňového správneho orgánu je preskúmateľné súdom na základe žaloby podľa ust. § 199 a nasl. SSP. 4. Nedostatok právomoci správneho súdu je nedostatok procesnej podmienky konania, ktorý nemožno odstrániť, a preto správny súd postupoval podľa ust. § 18 ods. 1 SSP a konanie o preskúmaní napadnutého rozhodnutia zastavil a rozhodol, že po právoplatnosti uznesenia bude vec postúpená Sociálnej poisťovni, ústredie. 5. Správny súd rozhodol o náhrade trov konania podľa ust. § 170 písm. b) SSP tak, že žiaden z účastníkov konania nemá právo na náhradu trov konania, nakoľko konanie bolo zastavené. Poučenie: Proti tomuto uzneseniu nie je prípustná sťažnosť. Proti tomuto uzneseniu nie je prípustná kasačná sťažnosť (§ 439 ods. 2 písm. d) SSP).</w:t>
      </w:r>
    </w:p>
    <w:p/>
    <w:p>
      <w:r>
        <w:t>Zdroj: KAUZIS.SK – https://www.kauzis.sk/judikatura/r/ECLI:SK:KSTT:2016:2016200501.1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