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20Sa/11/2016 z 7. 12. 2016</w:t>
      </w:r>
    </w:p>
    <w:p>
      <w:r>
        <w:t>Uznesenie Krajského súdu Trnava z 7. decembra 2016, sp. zn. 20Sa/11/2016, ECLI:SK:KSTT:2016:2016200504.1</w:t>
      </w:r>
    </w:p>
    <w:p>
      <w:r>
        <w:t>Súd: Krajský súd Trnava</w:t>
      </w:r>
    </w:p>
    <w:p>
      <w:r>
        <w:t>Spisová značka: 20Sa/11/2016</w:t>
      </w:r>
    </w:p>
    <w:p>
      <w:r>
        <w:t>ECLI: ECLI:SK:KSTT:2016:2016200504.1</w:t>
      </w:r>
    </w:p>
    <w:p>
      <w:r>
        <w:t>Dátum vydania: 7.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20Sa/11/2016 Identifikačné číslo súdneho spisu: 2016200504 Dátum vydania rozhodnutia: 08. 12. 2016 Meno a priezvisko sudcu, VSÚ: JUDr. Róbert Foltán ECLI: ECLI:SK:KSTT:2016:2016200504.1 Uznesenie Krajský súd v Trnave v právnej veci žalobkyne: X. I., nar. XX.XX.XXXX, trvale bytom XXX XX X. č. XXX, proti žalovanej: Sociálna poisťovňa, ústredie, so sídlom Ul. 29. augusta č. 8, 813 63 Bratislava, o preskúmanie rozhodnutia žalovanej č. XXX XXX XXXX X zo dňa XX.XX.XXXX, t a k t o r o z h o d o l : Súd konanie z a s t a v u j e. Po právoplatnosti tohto uznesenia bude vec postúpená Sociálnej poisťovni, ústredie. Žiaden z účastníkov konania nemá právo na náhradu trov konania. o d ô v o d n e n i e : 1. Žalobkyňa svojim návrhom zo dňa 27.06.2016, doručeným žalovanej dňa 29.06.2016, žiadala o preskúmanie rozhodnutia žalovanej č. XXX XXX XXXX X zo dňa 15.06.2016, ktorým žalovaná podľa § 67 ods. 1 a § 82 zákona č. 461/2003 Z. z. o sociálnom poistení v znení neskorších predpisov priznala žalobkyni od 02.05.2016 predčasný starobný dôchodok v sume 363,30 eur mesačne.. 2. Predmetný opravný prostriedok žalobkyne zo dňa 27.06.2016 bol tunajšiemu súdu doručený dňa 03.08.2016.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https://www.kauzis.sk/judikatura/r/ECLI:SK:KSTT:2016:2016200504.1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