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20S/86/2016 z 8. 12. 2016</w:t>
      </w:r>
    </w:p>
    <w:p>
      <w:r>
        <w:t>Uznesenie Krajského súdu Trnava z 8. decembra 2016, sp. zn. 20S/86/2016, ECLI:SK:KSTT:2016:2016200515.1</w:t>
      </w:r>
    </w:p>
    <w:p>
      <w:r>
        <w:t>Súd: Krajský súd Trnava</w:t>
      </w:r>
    </w:p>
    <w:p>
      <w:r>
        <w:t>Spisová značka: 20S/86/2016</w:t>
      </w:r>
    </w:p>
    <w:p>
      <w:r>
        <w:t>ECLI: ECLI:SK:KSTT:2016:2016200515.1</w:t>
      </w:r>
    </w:p>
    <w:p>
      <w:r>
        <w:t>Dátum vydania: 8. 12. 2016</w:t>
      </w:r>
    </w:p>
    <w:p>
      <w:r>
        <w:t>Forma: Uznesenie</w:t>
      </w:r>
    </w:p>
    <w:p>
      <w:pPr>
        <w:pStyle w:val="Heading2"/>
      </w:pPr>
      <w:r>
        <w:t>Text rozhodnutia</w:t>
      </w:r>
    </w:p>
    <w:p>
      <w:r>
        <w:t>Súd: Krajský súd Trnava Spisová značka: 20S/86/2016 Identifikačné číslo súdneho spisu: 2016200515 Dátum vydania rozhodnutia: 09. 12. 2016 Meno a priezvisko sudcu, VSÚ: JUDr. Róbert Foltán ECLI: ECLI:SK:KSTT:2016:2016200515.1 Uznesenie Krajský súd v Trnave v právnej veci žalobcu: Papp trade s.r.o., so sídlom Betliarska 12, 851 07 Bratislava, IČO: 46 235 591, právne zast.: Advokátska kancelária ŠÁŠIK &amp; Partners s.r.o., Sokolská 18, 811 04 Bratislava, proti žalovanému: Finančné riaditeľstvo SR, so sídlom Lazovná 63, 974 01 Banská Bystrica, o preskúmanie rozhodnutia žalovaného č. 909082/2016 zo dňa 26.05.2016, o návrhu žalobcu na priznanie odkladného účinku správnej žalobe, t a k t o r o z h o d o l : Súd návrh žalobcu na priznanie odkladného účinku správnej žalobe z a m i e t a . o d ô v o d n e n i e : 1. Žalobou zo dňa 05.08.2016 sa žalobca, prostredníctvom splnomocneného právneho zástupcu, domáhal preskúmania a zrušenia rozhodnutia žalovaného Finančného riaditeľstva SR č. 909082/2016 zo dňa 26.05.2016, ktorým žalovaný podľa § 74 ods. 4 zákona č. 563/2009 Z. z. o správe daní (daňový poriadok) a o zmene a doplnení niektorých zákonov v znení neskorších predpisov potvrdil rozhodnutie Daňového úradu Trnava č. 102484550/2016 zo dňa 03.02.2016, ktorým žalobcovi podľa § 68 ods. 5 zákona č. 563/2009 Z. z. o správe daní (daňový poriadok) a o zmene a doplnení niektorých zákonov v znení neskorších predpisov vyrubil rozdiel dane z pridanej hodnoty v sume 108.724,- eur za zdaňovacie obdobie január 2014. 2. Žalobca zároveň požiadal súd, aby do času rozhodnutia o podanej žalobe, priznal žalobe odkladný účinok. Uvedené žiadal len s odkazom na príslušné ustanovenie § 185 zákona bez bližšieho zdôvodnenia, resp. dôkazov na preukázanie hrozby závažnej ujmy alebo iného vážneho nenapraviteľného následku. 3. Žalovaný sa k návrhu žalobcu na priznanie odkladného účinku správnej žalobe osobitne nevyjadril.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K návrhu žalobcu na priznanie odkladného účinku správnej žalobe konajúci súd zdôrazňuje, že ide o výnimočné rozhodnutie, ktorým sa prelamujú právne účinky právoplatného rozhodnutia orgánu verejnej správy. Procesným predpokladom rozhodnutia o priznaní odkladného účinku správnej žalobe je návrh účastníka, z ktorého ale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však neobsahuje žiadne dôkazy na preukázanie hrozby závažnej ujmy, resp. iného vážneho nenapraviteľného následku a ani z administratívneho spisu hrozba závažnej ujmy z dôvodu okamžitého výkonu rozhodnutia orgánu verejnej správy nevyplýva. Správny súd nepovažuje iba neurčitý návrh žalobcu, aby do času rozhodnutia o podanej žalobe priznal žalobe odkladný účinok, s odkazom na príslušné ustanovenie § 185 SSP bez ďalšieho za dôvod, ktorý by zakladal opodstatnenosť návrhu na priznanie odkladného účinku správnej žalobe. Všeobecné poukázanie na ustanovenie § 185 písm. a) SSP pre vyhovenie návrhu nepostačuje, preto súd nepovažoval za dôvodné vyhovieť návrhu žalobcu a návrh na priznanie odkladného účinku správnej žalobe ako nedôvodný zamietol. 12. Toto rozhodnutie senát Krajského súdu v Trnave prijal pomerom hlasov 3:0 (§ 3 ods. 9 zákona č. 757/2004 Z. z. v znení zákona č. 33/2011 Z. z.). Poučenie: Proti tomuto rozhodnutiu nie je prípustná kasačná sťažnosť (§ 439 ods. 2 písm. e) SSP).</w:t>
      </w:r>
    </w:p>
    <w:p/>
    <w:p>
      <w:r>
        <w:t>Zdroj: KAUZIS.SK – https://www.kauzis.sk/judikatura/r/ECLI:SK:KSTT:2016:2016200515.1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