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21Sa/14/2016 z 7. 9. 2016</w:t>
      </w:r>
    </w:p>
    <w:p>
      <w:r>
        <w:t>Uznesenie Krajského súdu Trnava z 7. septembra 2016, sp. zn. 21Sa/14/2016, ECLI:SK:KSTT:2016:2016200525.1</w:t>
      </w:r>
    </w:p>
    <w:p>
      <w:r>
        <w:t>Súd: Krajský súd Trnava</w:t>
      </w:r>
    </w:p>
    <w:p>
      <w:r>
        <w:t>Spisová značka: 21Sa/14/2016</w:t>
      </w:r>
    </w:p>
    <w:p>
      <w:r>
        <w:t>ECLI: ECLI:SK:KSTT:2016:2016200525.1</w:t>
      </w:r>
    </w:p>
    <w:p>
      <w:r>
        <w:t>Dátum vydania: 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21Sa/14/2016 Identifikačné číslo súdneho spisu: 2016200525 Dátum vydania rozhodnutia: 08. 09. 2016 Meno a priezvisko sudcu, VSÚ: JUDr. Božena Husárová ECLI: ECLI:SK:KSTT:2016:2016200525.1 Uznesenie Krajský súd v Trnave v právnej veci žalobkyne: O. P., nar. XX.XX.XXXX, bytom W. XXX/XX, XXX XX U., proti žalovanej: Sociálna poisťovňa, ústredie, so sídlom Ul. 29. augusta č. 8, 813 63 Bratislava, o preskúmanie rozhodnutia žalovanej č. XXX XXX XXXX X zo dňa 25.04.2016, t a k t o r o z h o d o l : Správny súd p o s t u p u j e vec Krajskému súdu v Nitre ako súdu vecne a miestne príslušnému. o d ô v o d n e n i e : 1. Žalobkyňa svojim návrhom zo dňa 11.05.2016, doručeným žalovanej dňa 18.05.2016, žiadala o preskúmanie rozhodnutia žalovanej č. XXX XXX XXXX X zo dňa 25.04.2016, ktorým žalovaná postupom podľa ust. § 73 a § 112 ods. 4 zákona č. 461/2003 Z. z. o sociálnom poistení v znení neskorších predpisov zamietla žalobkyni jej žiadosť o zvýšenie invalidného dôchodku. 2. Z obsahu súdneho spisu tunajší súd zistil, že žalobkyňa má trvalý pobyt mimo obvodu Krajského súdu v Trnave. 3. Podľa § 10 zákona č. 162/2015 Z. z. Správny súdny poriadok (ďalej len „SSP“), na konanie a rozhodovanie v správnom súdnictve sú vecne príslušné krajské súdy, ak tento zákon neustanovuje inak. 4. Podľa § 13 ods. 3 SSP,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5. Podľa § 18 ods. 2 SSP, ak správny súd zistí, že nie je vecne, miestne alebo kauzálne príslušný, postúpi vec uznesením príslušnému správnemu súdu. Nižší správny súd je postúpením veci vyšším správnym súdom viazaný. 6. Z návrhu žalobkyne, ako aj z lustrácie v Registri obyvateľov mal tunajší súd za preukázané, že žalobkyňa má s účinnosťou od 23.10.2013 trvalý pobyt na adrese: W. XXX/XX, U., t. j. v okrese Komárno, pričom predmetom tohto konania je preskúmanie rozhodnutia v sociálnych veciach, a teda na preskúmanie tohto rozhodnutia je vecne príslušný krajský súd a miestne príslušný krajský súd, v ktorého obvode má žalobkyňa adresu trvalého pobytu. 7. Keďže nie je daná miestna príslušnosť Krajského súdu v Trnave podľa ust. § 13 ods. 3 SSP, pretože miestne príslušným na konanie vo veci je Krajský súd v Nitre, bude tomuto vec postúpená po právoplatnosti tohto uznesenia.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https://www.kauzis.sk/judikatura/r/ECLI:SK:KSTT:2016:2016200525.1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