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21Sa/15/2016 z 3. 10. 2016</w:t>
      </w:r>
    </w:p>
    <w:p>
      <w:r>
        <w:t>Uznesenie Krajského súdu Trnava z 3. októbra 2016, sp. zn. 21Sa/15/2016, ECLI:SK:KSTT:2016:2016200541.1</w:t>
      </w:r>
    </w:p>
    <w:p>
      <w:r>
        <w:t>Súd: Krajský súd Trnava</w:t>
      </w:r>
    </w:p>
    <w:p>
      <w:r>
        <w:t>Spisová značka: 21Sa/15/2016</w:t>
      </w:r>
    </w:p>
    <w:p>
      <w:r>
        <w:t>ECLI: ECLI:SK:KSTT:2016:2016200541.1</w:t>
      </w:r>
    </w:p>
    <w:p>
      <w:r>
        <w:t>Dátum vydania: 3.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21Sa/15/2016 Identifikačné číslo súdneho spisu: 2016200541 Dátum vydania rozhodnutia: 04. 10. 2016 Meno a priezvisko sudcu, VSÚ: JUDr. Božena Husárová ECLI: ECLI:SK:KSTT:2016:2016200541.1 Uznesenie Krajský súd v Trnave v právnej veci žalobkyne: U. Q., nar. XX.XX.XXXX, bytom S. XXX, XXX XX N., proti žalovanej: Sociálna poisťovňa, ústredie, so sídlom Ul. 29. augusta č. 8, 813 63 Bratislava, o preskúmanie rozhodnutia žalovanej č. 23087-21/2016-BA zo dňa 10.05.2016, t a k t o r o z h o d o l : I. Správny súd konanie z a s t a v u j e . II. Vec bude p o s t ú p e n á Sociálnej poisťovni, ústredie po právoplatnosti uznesenia o zastavení konania. III. Žiaden z účastníkov nemá právo na náhradu trov konania. o d ô v o d n e n i e : 1. Žalobkyňa svojim opravným prostriedkom zo dňa 13.06.2016 doručeným žalovanej dňa 17.06.2016, žiadala o preskúmanie rozhodnutia žalovanej č. 23087-21/2016-BA zo dňa 10.05.2016, ktorým žalovaná rozhodla, že žalobkyňa, ktorá utrpela poškodenie zdravia v dôsledku choroby z povolania zistenej dňa 14.12.2011, podľa § 88 zák. č. 461/2003 Z.z. o sociálnom poistení v znení neskorších predpisov nemá nárok na úrazovú rentu. 2. Predmetný opravný prostriedok žalobkyne zo dňa 13.06.2016 bol tunajšiemu súdu doručený dňa 17.08.2016. 3. Podľa § 293dp ods. 2 zákona č. 461/2003 Z.z.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4. Podľa § 215 ods. 1 zákona č. 461/2003 Z.z.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5. Podľa § 217 ods. 2 zákona č. 461/2003 Z.z.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6. Podľa § 2 zákona č. 125/2016 Z.z. o niektorých opatreniach súvisiacich s prijatím Civilného sporového poriadku, Civilného mimosporového poriadku a Správneho súdneho poriadku a o zmene a doplnení niektorých zákonov (1)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poriadkom. (2)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7.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8. Podľa § 18 ods. 1 SSP, ak správny súd zistí, že vec nepatrí do právomoci súdov, konanie zastaví; ak možno zistiť iný orgán, do ktorého právomoci vec patrí, správny súd mu vec po zastavení konania uznesením postúpi. 9. Podľa § 18 ods. 5 SSP, právne účinky spojené s podaním žaloby alebo iného podania zostávajú pri postúpení veci zachované. 10. Správny súd vzhľadom na vyššie uvedené skutočnosti dospel k záveru, že v danom prípade neboli splnené podmienky na konanie o správnej žalobe žalobkyne proti neprávoplatnému rozhodnutiu Sociálnej poisťovne, ústredie z dôvodu, že o opravnom prostriedku, t.j. o odvolaní v druhom stupni rozhoduje odvolací orgán príslušný podľa zákona č. 461/2003 Z.z. o sociálnom poistení. Až právoplatné rozhodnutie druhostupňového správneho orgánu je preskúmateľné súdom na základe žaloby podľa ust. § 199 a nasl. SSP. 11. Nedostatok právomoci správneho súdu je nedostatok procesnej podmienky konania, ktorý nemožno odstrániť. Preto súd postupoval podľa ust. § 18 ods. 1 SSP a konanie o preskúmaní napadnutého rozhodnutia zastavil a rozhodol, že po právoplatnosti uznesenia bude vec postúpená Sociálnej poisťovni, ústredie. 12. Správny súd rozhodol o náhrade trov konania podľa ust. § 170 písm. b) SSP tak, že žiaden z účastníkov konania nemá právo na náhradu trov konania, nakoľko konanie bolo zastavené. Poučenie: Proti tomuto uzneseniu nie je prípustná sťažnosť. Proti tomuto rozhodnutiu nie je prípustná kasačná sťažnosť (§ 439 ods. 2 písm. d) SPP).</w:t>
      </w:r>
    </w:p>
    <w:p/>
    <w:p>
      <w:r>
        <w:t>Zdroj: KAUZIS.SK – https://www.kauzis.sk/judikatura/r/ECLI:SK:KSTT:2016:2016200541.1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