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20Sa/21/2016 z 5. 12. 2016</w:t>
      </w:r>
    </w:p>
    <w:p>
      <w:r>
        <w:t>Uznesenie Krajského súdu Trnava z 5. decembra 2016, sp. zn. 20Sa/21/2016, ECLI:SK:KSTT:2016:2016200584.1</w:t>
      </w:r>
    </w:p>
    <w:p>
      <w:r>
        <w:t>Súd: Krajský súd Trnava</w:t>
      </w:r>
    </w:p>
    <w:p>
      <w:r>
        <w:t>Spisová značka: 20Sa/21/2016</w:t>
      </w:r>
    </w:p>
    <w:p>
      <w:r>
        <w:t>ECLI: ECLI:SK:KSTT:2016:2016200584.1</w:t>
      </w:r>
    </w:p>
    <w:p>
      <w:r>
        <w:t>Dátum vydania: 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20Sa/21/2016 Identifikačné číslo súdneho spisu: 2016200584 Dátum vydania rozhodnutia: 06. 12. 2016 Meno a priezvisko sudcu, VSÚ: JUDr. Róbert Foltán ECLI: ECLI:SK:KSTT:2016:2016200584.1 Uznesenie Krajský súd v Trnave v právnej veci žalobkyne: J. N., nar. XX.XX.XXXX, bytom I. XXXX/X, XXX XX I., proti žalovanej: Sociálna poisťovňa - ústredie, so sídlom Ul. 29. augusta 8, 813 63 Bratislava, o preskúmanie rozhodnutia žalovanej č. XXX XXX XXXX X zo dňa 21.04.2016, t a k t o r o z h o d o l : I. Správny súd konanie z a s t a v u j e . II. Vec bude p o s t ú p e n á Sociálnej poisťovni, ústredie, po právoplatnosti uznesenia o zastavení konania. III. Žiaden z účastníkov nemá právo na náhradu trov konania. o d ô v o d n e n i e : 1. Žalobkyňa svojim opravným prostriedkom zo dňa 31.05.2016 doručeným žalovanej dňa 06.06.2016 žiadala o preskúmanie rozhodnutia žalovanej č. XXX XXX XXXX X zo dňa 21.04.2016, ktorým žalovaná podľa § 70 a § 71 zák. č. 461/2003 Z.z. o sociálnom poistení v znení neskorších predpisov zamietla žiadosť o invalidný dôchodok zo dňa 29.02.2016. 2. Predmetný opravný prostriedok žalobcu zo dňa 31.05.2016 bol tunajšiemu súdu doručený dňa 03.10.2016.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zákonov: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odstrániť, a preto správny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uzneseniu nie je prípustná kasačná sťažnosť (§ 439 ods. 2 písm. d) SSP).</w:t>
      </w:r>
    </w:p>
    <w:p/>
    <w:p>
      <w:r>
        <w:t>Zdroj: KAUZIS.SK – https://www.kauzis.sk/judikatura/r/ECLI:SK:KSTT:2016:2016200584.1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