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43Sa/27/2016 z 27. 11. 2016</w:t>
      </w:r>
    </w:p>
    <w:p>
      <w:r>
        <w:t>Uznesenie Krajského súdu Trnava z 27. novembra 2016, sp. zn. 43Sa/27/2016, ECLI:SK:KSTT:2016:2016200627.1</w:t>
      </w:r>
    </w:p>
    <w:p>
      <w:r>
        <w:t>Súd: Krajský súd Trnava</w:t>
      </w:r>
    </w:p>
    <w:p>
      <w:r>
        <w:t>Spisová značka: 43Sa/27/2016</w:t>
      </w:r>
    </w:p>
    <w:p>
      <w:r>
        <w:t>ECLI: ECLI:SK:KSTT:2016:2016200627.1</w:t>
      </w:r>
    </w:p>
    <w:p>
      <w:r>
        <w:t>Dátum vydania: 27.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43Sa/27/2016 Identifikačné číslo súdneho spisu: 2016200627 Dátum vydania rozhodnutia: 28. 11. 2016 Meno a priezvisko sudcu, VSÚ: JUDr. Ľubomír Bundzel ECLI: ECLI:SK:KSTT:2016:2016200627.1 Uznesenie Krajský súd v Trnave v právnej veci žalobkyne: K. H., nar. XX.XX.XXXX, bytom T. E. XXX, XXX XX T. E., právne zast.: Advokátska kancelária - Mgr. Šiagyová, s.r.o., so sídlom Jánošíkova 2, 927 01 Šaľa lohovecHloH, proti žalovanej: Sociálna poisťovňa, ústredie, so sídlom Ul. 29. augusta č. 8, 813 63 Bratislava, o preskúmanie rozhodnutia žalovanej č. XXX XXX XXXX X zo dňa 07.04.2016,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Žalobkyňa svojim návrhom zo dňa 27.04.2016, doručeným žalovanej dňa 03.05.2016, žiadala o preskúmanie rozhodnutia žalovanej č. XXX XXX XXXX X zo dňa 07.04.2016, ktorým žalovaná postupom podľa ust. § 112 zákona č. 461/2003 Z. z. o sociálnom poistení v znení neskorších predpisov zrušila rozhodnutie Sociálnej poisťovne, ústredie, č. XXX XXX XXXX X zo dňa 27.10.2015 o zamietnutí uvoľnenia výplaty vdovského dôchodku a súčasne vyhovela v celom rozsahu opravnému prostriedku žalobkyne. 2. Predmetný opravný prostriedok žalobkyne zo dňa 27.04.2016 bol tunajšiemu súdu doručený dňa 02.11.2016.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https://www.kauzis.sk/judikatura/r/ECLI:SK:KSTT:2016:2016200627.1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