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24Co/980/2015 z 5. 9. 2016</w:t>
      </w:r>
    </w:p>
    <w:p>
      <w:r>
        <w:t>Uznesenie Krajského súdu Trnava z 5. septembra 2016, sp. zn. 24Co/980/2015, ECLI:SK:KSTT:2016:2113202490.2</w:t>
      </w:r>
    </w:p>
    <w:p>
      <w:r>
        <w:t>Súd: Krajský súd Trnava</w:t>
      </w:r>
    </w:p>
    <w:p>
      <w:r>
        <w:t>Spisová značka: 24Co/980/2015</w:t>
      </w:r>
    </w:p>
    <w:p>
      <w:r>
        <w:t>ECLI: ECLI:SK:KSTT:2016:2113202490.2</w:t>
      </w:r>
    </w:p>
    <w:p>
      <w:r>
        <w:t>Dátum vydania: 5.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135655</w:t>
      </w:r>
    </w:p>
    <w:p/>
    <w:p>
      <w:r>
        <w:t>Zdroj: KAUZIS.SK – https://www.kauzis.sk/judikatura/r/ECLI:SK:KSTT:2016:2113202490.2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