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24Co/956/2015 z 10. 5. 2016</w:t>
      </w:r>
    </w:p>
    <w:p>
      <w:r>
        <w:t>Uznesenie Krajského súdu Trnava z 10. mája 2016, sp. zn. 24Co/956/2015, ECLI:SK:KSTT:2016:2113204559.2</w:t>
      </w:r>
    </w:p>
    <w:p>
      <w:r>
        <w:t>Súd: Krajský súd Trnava</w:t>
      </w:r>
    </w:p>
    <w:p>
      <w:r>
        <w:t>Spisová značka: 24Co/956/2015</w:t>
      </w:r>
    </w:p>
    <w:p>
      <w:r>
        <w:t>ECLI: ECLI:SK:KSTT:2016:2113204559.2</w:t>
      </w:r>
    </w:p>
    <w:p>
      <w:r>
        <w:t>Dátum vydania: 10. 5. 2016</w:t>
      </w:r>
    </w:p>
    <w:p>
      <w:r>
        <w:t>Forma: Uznesenie</w:t>
      </w:r>
    </w:p>
    <w:p>
      <w:pPr>
        <w:pStyle w:val="Heading2"/>
      </w:pPr>
      <w:r>
        <w:t>Text rozhodnutia</w:t>
      </w:r>
    </w:p>
    <w:p>
      <w:r>
        <w:t>Súd: Krajský súd Trnava Spisová značka: 24Co/956/2015 Identifikačné číslo súdneho spisu: 2113204559 Dátum vydania rozhodnutia: 11. 05. 2016 Meno a priezvisko sudcu, VSÚ: JUDr. Magdaléna Krajčovičová ECLI: ECLI:SK:KSTT:2016:2113204559.2 Uznesenie Krajský súd v Trnave, v právnej veci žalobcu: POHOTOVOSŤ, s.r.o., so sídlom Pribinova 25, Bratislava, IČO: 35 807 598, zastúpeného spoločnosťou: Fridrich Paľko, s.r.o., so sídlom Grösslingova 4, Bratislava, IČO: 36 864 421, proti žalovanému: Slovenská republika, konajúca prostredníctvom Ministerstva spravodlivosti Slovenskej republiky, so sídlom Župné námestie 13, Bratislava, o náhradu škody a nemajetkovej ujmy spôsobenej pri výkone verejnej moci, na odvolanie žalobcu proti uzneseniu Okresného súdu Trnava, č.k. 8C/89/2013-84 zo dňa 22.04.2015, takto r o z h o d o l : Odvolací súd napadnuté uznesenie súdu prvého stupňa p o t v r d z u j e . o d ô v o d n e n i e : Uznesením napadnutým odvolaním súd prvého stupňa uložil žalobcovi, povinnosť v lehote 3 dní od právoplatnosti tohto uznesenia zaplatiť súdny poplatok za odvolanie v sume 20,- Eur, prostredníctvom potvrdenia o evidencii poplatku vystaveného Slovenskou poštou, a.s., v hotovosti platobnou kartou, poštovým poukazom, alebo príkazom na úhradu na účet súdu v Štátne pokladnici s tým, že ak sa poplatok v určenej lehote nezaplatí bude ho súd vymáhať. Proti uzneseniu súdu prvého stupňa podal prostredníctvom právneho zastúpenia odvolanie žalobca, ktoré odôvodnil tým, že napadnuté uznesenie neobsahuje žiadne skutkové a právne dôvody, ktoré viedli súd k jeho vydaniu. Súdny poplatok vo výške 20,- Eur mu bol vyrubený zrejme za podané odvolanie proti rozsudku Okresného súdu Trnava. Súd však uviedol, že súdny poplatok bol vyrubený v zmysle položky č. 7a sadzobníka súdnych poplatkov zák. č. 71/1992 Zb. Podľa položky 7a sadzobníka súdnych poplatkov sa poplatok vyrubuje za žalobu na náhradu škody spôsobený nezákonným úradným rozhodnutím orgánom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Sám podal odvolanie proti rozsudku a nie žalobu. Súd nie je oprávnený svojvoľne rozširovať okruh úkonov podliehajúcich súdnemu poplatku. Nemôže preto byť vyzvaný na zaplatenie súdneho poplatku za podané odvolanie. V tejto súvislosti odvolateľ poukázal na rozhodnutie Najvyššieho súdu SR z 29. marca 2007 sp. zn. 4Cdo/39/2007. V prílohe zák. č. 71/1992 Zb. nie je jasne a jednoznačne stanovená poplatková povinnosť za podanie odvolania voči rozhodnutiu súdu o žalobe na náhradu škody spôsobené nezákonným rozhodnutím alebo nesprávnym úradným postupom. Navyše podľa ust. § 18ca Zákona o súdnych poplatkoch z úkonov navrhnutých alebo za konania začaté do 30. septembra 2012 sa vyberajú poplatky podľa predpisov účinných do 30. septembra 2012, i keď sa stanú splatnými po 30. septembri 2012. V danom prípade bola žaloba žalobcom podaná pred 01.10.2012 konanie teda začalo s účinnosťou zákona č. 286/2012 a preto je nutné v súvislosti s podaným odvolaním aplikovať právny stav platný do 30.09.2012. Do 30.09.2012 bolo podľa ust. § 4 ods. 1 písm. d) Zákona o súdnych poplatkoch konanie vo veciach náhrady škody spôsobenej nezákonným rozhodnutím orgánu verejnej moci alebo jeho nesprávnym úradným postupom od poplatku vecne oslobodené. Na základe uvedeného preto žiada, aby odvolací súd napadnuté uznesenie v celom rozsahu zrušil.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žalobcu nie je možné priznať úspech, keďže napadnuté rozhodnutie súdu prvého stupňa je vecne správne, v dôsledku čoho boli splnené podmienky pre jeho potvrdenie v zmysle § 219 O.s.p. Predmetom konania vedeného na súde prvého stupňa pod sp. zn. 8C/89/2013 bola žaloba žalobcu, ktorou sa žalobca domáhal majetkovej škody v sume 125,- Eur a nemajetkovej ujmy v sume 477,60 Eur a náhradu trov konania, majúcej vzniknúť žalobcovi nesprávnym úradným postupom Okresného súdu Senica, pretože tento včas nerozhodol o žiadosti o vydanie poverenia na vykonanie exekúcie v exekučnej veci pod sp. zn. 6Er/869/2009. Prvostupňový súd vo veci sp. zn. 8C/89/2013 rozhodol rozsudkom č.k. 8C/89/2013-36 zo dňa 22.10.2013 tak, že žalobu zamietol a žalovanému náhradu trov konania nepriznal. Proti tomuto rozhodnutiu v celom rozsahu podal žalobca dňa 11.11.2013 odvolanie, v ktorom žiadal predmetné rozhodnutie zrušiť a vec vrátiť na ďalšie konanie. Napadnutým uznesením súd prvého stupňa uložil žalobcovi, aby v lehote 3 dní od právoplatnosti tohto uznesenia zaplatil súdny poplatok za odvolanie v sume 20,- Eur s tým, že ak sa poplatok v určenej lehote nezaplatí, bude ho súd vymáhať. Predmetom odvolacieho konania je preskúmanie správnosti rozhodnutia súdu prvého stupňa, ktorým bol žalobcovi vyrubený súdny poplatok za podané odvolanie.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žalobcu bolo začaté podaním jeho odvolania dňom 11.11.2013, na vyrubenie súdneho poplatku za odvolanie je potrebné aplikovať Zákon o súdnych poplatkoch č. 71/1992 Zb. v znení účinnom v čase začatia odvolacieho konania, teda v znení zákona č. 64/2013 Z.z. účinného od 01.05.2013 (ďalej len „cit. zák.“). V zmysle § 2 ods. 4 cit. zákona v odvolacom konaní je poplatníkom ten, kto podal odvolanie. Podľa § 5 ods. 1 písm. a) cit. zákona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Podľa položky 7a sadzobníka súdnych poplatkov v znení účinnom od 01.05.2013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žalobcovi za podané odvolanie vyrubil súdny poplatok vo výške 20,- Eur a to v zmysle položky 7a sadzobníka súdnych poplatkov zákona č. 71/1992 Zb. v znení zákona č. 64/2013 Z.z. účinného od 01.05.2013. Odvolací súd zastáva názor, že poplatková povinnosť žalobcu za podané odvolanie sa neviaže na znenie zákona č. 71/1992 Zb. účinného ku dňu podania žaloby na súd (27.09.2012), ale na znenie zákona účinného, kedy vznikla poplatková povinnosť, t.j. kedy žalobca podal odvolanie, t.j. 11.11.2013, čím začalo odvolacie konanie a to s poukazom na znenie ust. § 5 ods. 1 písm. a) zákona č. 71/1992 Zb. V danom prípade sa tak stalo za účinnosti zákona č. 64/2013 Zb.,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žalobcu, že súd prvého stupňa vyrubením tohto súdneho poplatku určil tento súdny poplatok nad rámec zákona. Pokiaľ ide o odvolaciu námietku, podľa ktorej žalobca podal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uzatvára nasledovné: Podľa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Ustanovenie § 6 ods. 2 cit. zákona o súdnych poplatkoch pritom výslovne zakotvuje, že poplatok podľa rovnakej sadzby ako za návrh sa vyberá i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odvolanie, ako návrh na odvolacie konanie. Je to spôsobené tým, že zákon síce pri vymedzení pojmov nie je dôsledný, avšak z celkovej konštrukcie úpravy súdnych poplatkov sadzobníkom tvoriacim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uvedeného tak vyplýva, že ak žalobca napadol predmetný rozsudok vo veci samej v zákonnej lehote odvolaním, súd prvého stupňa preskúmavaným uznesením správne podľa položky 7a sadzobníka súdnych poplatkov (v spojení s vyššie citovanými ustanoveniami zákona o súdnych poplatkoch) žalobcovi uložil povinnosť zaplatiť súdny poplatok za podané odvolanie a to v správnej výške 20,- Eur. S poukazom na vyššie uvedené potom odvolací súd napadnuté uznesenie súdu prvého stupňa, ako v celom rozsahu vecne správne, s použitím § 219 O.s.p. potvrdil. Senát krajského súdu toto rozhodnutie prijal pomerom hlasov 3:0. Poučenie: Proti tomuto uzneseniu nie je možné podať odvolanie.</w:t>
      </w:r>
    </w:p>
    <w:p/>
    <w:p>
      <w:r>
        <w:t>Zdroj: KAUZIS.SK – https://www.kauzis.sk/judikatura/r/ECLI:SK:KSTT:2016:2113204559.2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