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11Co/386/2015 z 3. 5. 2016</w:t>
      </w:r>
    </w:p>
    <w:p>
      <w:r>
        <w:t>Uznesenie Krajského súdu Trnava z 3. mája 2016, sp. zn. 11Co/386/2015, ECLI:SK:KSTT:2016:2113224771.1</w:t>
      </w:r>
    </w:p>
    <w:p>
      <w:r>
        <w:t>Súd: Krajský súd Trnava</w:t>
      </w:r>
    </w:p>
    <w:p>
      <w:r>
        <w:t>Spisová značka: 11Co/386/2015</w:t>
      </w:r>
    </w:p>
    <w:p>
      <w:r>
        <w:t>ECLI: ECLI:SK:KSTT:2016:2113224771.1</w:t>
      </w:r>
    </w:p>
    <w:p>
      <w:r>
        <w:t>Dátum vydania: 3.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11Co/386/2015 Identifikačné číslo súdneho spisu: 2113224771 Dátum vydania rozhodnutia: 04. 05. 2016 Meno a priezvisko sudcu, VSÚ: Mgr. Fedor Benka ECLI: ECLI:SK:KSTT:2016:2113224771.1 Uznesenie Krajský súd v Trnave v právnej veci navrhovateľa: PROFI CREDIT Slovakia, s. r. o., so sídlom Pribinova 25, Bratislava, IČO: 35 792 752, zastúpený splnomocnencom: Advokátska kancelária JUDr. Andrea Cviková, s. r. o., so sídlom Kubániho 16, Bratislava, proti odporcovi: F. M., nar. XX.XX.XXXX, bytom V. Y. XXXX/XX, H., o zaplatenie 1.767,93 eur s príslušenstvom, o odvolaní navrhovateľa proti uzneseniu Okresného súdu Trnava zo dňa 11. februára 2015, č.k. 10C/411/2013-62, takto r o z h o d o l : Odvolací súd odvolanie o d m i e t a . Žiaden z účastníkov nemá právo na náhradu trov odvolacieho konania. o d ô v o d n e n i e : Uznesením napadnutým odvolaním súd prvého stupňa rozhodol, že vedľajšieho účastníctvo občianskeho združenia VŠEOBECNÁ OCHRANA PRÁV SPOTREBITEĽOV, so sídlom Šafárikovo námestie 7, Bratislava, IČO: 42 362 962, je prípustné. Proti uzneseniu súdu prvého stupňa podal v zákonnej lehote odvolanie navrhovateľ, ktorý navrhol, aby súd vstup občianskeho združenia VŠEOBECNÁ OCHRANA PRÁV SPOTREBITEĽOV ako vedľajšieho účastníka nepripustil. V odvolaní sa navrhovateľ zaoberal účelnosťou trov konania vedľajšieho účastníka vynaložených na ochranu oprávnených záujmov spotrebiteľa. Ďalej poukázal na novelu Občianskeho súdneho poriadku č. 353/2014, platnú a účinnú od 01.01.2015, v zmysle ktorej, ak ako vedľajší účastník vstupuje do konania z vlastného podnetu právnická osoba založená alebo zriadená na ochranu spotrebiteľa podľa osobitného predpisu, súčasťou oznámenia o vstupe musí byť aj súhlas účastníka, popri ktorom sa zúčastňuje na konaní, inak súd na oznámenie o vstupe neprihliada. Podľa názoru navrhovateľa v tomto prípade to splnené nebolo. Uznesením zo dňa 17.03.2015, č.k. 10C/411/2013-66 súd prvého stupňa vyzval odvolateľa, aby v lehote desiatich dní doplnil svoje odvolanie o označenie rozhodnutia, proti ktorému odvolanie smeruje, označenie všetkých účastníkov konania, rozsah napadnutia rozhodnutia, odvolací dôvod, teda v čom vidí navrhovateľ nesprávnosť napadnutého rozhodnutia alebo postupu súdu, ako aj odvolací návrh, teda čoho sa navrhovateľ domáha, akým spôsobom má odvolací súd rozhodnúť. Odvolateľ napriek výzve súdu s poučením o následkoch jej nevyhovenia odvolanie nedoplnil. Krajský súd v Trnave ako súdu odvolací (§ 10 ods. 1 O.s.p.) po zistení, že odvolanie podala včas oprávnená osoba - účastník konania (§ 201 a § 204 ods. 1 O.s.p.) proti rozhodnutiu, proti ktorému je tento opravný prostriedok prípustný (§ 201 a § 202 O.s.p.), postupom bez nariadenia odvolacieho pojednávania (§ 214 ods. 2 O.s.p.) skúmal, či podané odvolanie má zákonom požadované náležitosti a dospel k záveru, že odvolanie navrhovateľa tieto náležitosti nemá. Podľa § 205 ods. 1 O.s.p., v odvolaní sa má popri všeobecných náležitostiach (§ 42 ods. 3) uviesť, proti ktorému rozhodnutiu smeruje, v akom rozsahu sa napáda, v čom sa toto rozhodnutie alebo postup súdu považuje za nesprávny a čoho sa odvolateľ domáha. V danej veci odvolanie navrhovateľa nemalo náležitosti požadované citovaným ustanovením, pretože neobsahuje označenie rozhodnutia, proti ktorému odvolanie smeruje, neobsahuje označenie všetkých účastníkov, nie je v ňom uvedený odvolací dôvod, teda v čom vidí navrhovateľ nesprávnosť napadnutého rozhodnutia alebo postupu súdu a taktiež neobsahuje odvolací návrhu, pričom odvolanie nebolo doplnené ani na základe výzvy súdu prvého stupňa s poučením o následkoch jeho nedoplnenia. Podľa § 218 ods. 1 písm. d) O.s.p., odvolací súd odmietne odvolanie, ktoré nemá náležitosti podľa § 205 ods. 1 a 2 O.s.p.. Vzhľadom na to, že odvolanie navrhovateľa nemalo náležitosti podľa § 205 ods. 1 a 2 O.s.p., odvolací súd ho odmietol bez toho, aby sa zaoberal napadnutým rozsudkom z hľadiska jeho vecnej správnosti. O práve na náhradu trov odvolacieho konania odvolací súd rozhodol podľa § 224 ods. 1 O.s.p. v spojení s § 146 ods. 1 písm. c) O.s.p., podľa ktorého žiaden z účastníkov nemá právo na náhradu trov konania podľa výsledku konania, ak konanie bolo zastavené. Odvolanie v danej veci nebolo meritórne prejednané, preto odvolací súd analogicky postupoval pri rozhodovaní o náhrade trov odvolacieho konania podľa ustanovenia obsahom najbližšieho. Senát krajského súdu uvedené uznesenie prijal pomerom hlasov 3:0, teda jednohlasne. Poučenie: Proti tomuto uzneseniu odvolanie nie je prípustné.</w:t>
      </w:r>
    </w:p>
    <w:p/>
    <w:p>
      <w:r>
        <w:t>Zdroj: KAUZIS.SK – https://www.kauzis.sk/judikatura/r/ECLI:SK:KSTT:2016:2113224771.1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