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31Cob/105/2015 z 21. 3. 2016</w:t>
      </w:r>
    </w:p>
    <w:p>
      <w:r>
        <w:t>Opravné uznesenie Krajského súdu Trnava z 21. marca 2016, sp. zn. 31Cob/105/2015, ECLI:SK:KSTT:2016:2113232817.2</w:t>
      </w:r>
    </w:p>
    <w:p>
      <w:r>
        <w:t>Súd: Krajský súd Trnava</w:t>
      </w:r>
    </w:p>
    <w:p>
      <w:r>
        <w:t>Spisová značka: 31Cob/105/2015</w:t>
      </w:r>
    </w:p>
    <w:p>
      <w:r>
        <w:t>ECLI: ECLI:SK:KSTT:2016:2113232817.2</w:t>
      </w:r>
    </w:p>
    <w:p>
      <w:r>
        <w:t>Dátum vydania: 21. 3.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31Cob/105/2015 Identifikačné číslo súdneho spisu: 2113232817 Dátum vydania rozhodnutia: 22. 03. 2016 Meno a priezvisko sudcu, VSÚ: JUDr. Pavol Laczo ECLI: ECLI:SK:KSTT:2016:2113232817.2 Opravné uznesenie Krajský súd v Trnave, v právnej veci žalobcu: Slovenské liehovary a likérky, a.s., so sídlom Trnavská cesta, 920 41 Leopoldov, IČO: 36 241 369, právne zastúpený: G. Lehnert, k.s., so sídlom Rajská ul. č. 7, 811 08 Bratislava, proti žalovanému: Mesto Leopoldov, Hlohovecká cesta 104/2, 920 41 Leopoldov, IČO: 00 312 703, právne zastúpený: PROSMAN A PAVLOVIČ advokátska kancelária, s.r.o., so sídlom Hlavná 31, 917 01 Trnava, o zaplatenie 216.131,21 eur s príslušenstvom, na odvolanie žalovaného proti rozsudku Okresného súdu Trnava zo dňa 15.05.2015, č.k. 36 Cb/93/2013-129, takto r o z h o d o l : Súd o p r a v u j e Rozsudok Krajského súdu v Trnave zo dňa 22.10.2015, č. k. 31 Cob/105/2015 - 176 v druhej vete výroku, ktorá správne znie: Žalobca je povinný zaplatiť žalovanému náhradu trov odvolacieho konania spočívajúcich v trovách právneho zastúpenia v sume 1.039,82 eur, k rukám advokáta žalovaného, do troch dní od právoplatnosti rozsudku. v odôvodnení na strane 10. v druhom a treťom odseku, ktoré správne znejú: Súd rozhodol o trovách odvolacieho konania postupom podľa § 224 ods. 1 O.s.p. v spojení s ust. § 142 ods. 1 O.s.p. tak, že procesne úspešnému žalovanému priznal nárok na náhradu trov odvolacieho konania pozostávajúcich z trov právneho zastúpenia za jeden úkon právnej služby (vyjadrenie k odvolaniu zo dňa 06.08.2015) v zmysle vyhlášky č. 655/2004 Z.z. v sume 858,13 eur, spolu s paušálnou náhradou v sume 8,39 eur a 20% DPH v sume 173,30 eur. Priznanú náhradu trov konania v sume 1.039,82 eur je žalobca povinný zaplatiť v zmysle ust. § 149 ods. 1 O.s.p. k rukám advokáta žalovaného, do troch dní od právoplatnosti rozsudku. o d ô v o d n e n i e : Krajský súd v Trnave Rozsudkom zo dňa 22.10.2015, č. k. 31Cob/105/2015 - 176 v druhej vete výroku uviedol, že žalovaný je povinný zaplatiť žalobcovi náhradu trov odvolacieho konania spočívajúcich v trovách právneho zastúpenia v sume 1.039,82 eur, k rukám advokáta žalobcu, do troch dní od právoplatnosti rozsudku. V odôvodnení na strane 10. v druhom a treťom odseku uviedol, že súd rozhodol o trovách odvolacieho konania postupom podľa § 224 ods. 1 O.s.p. v spojení s ust. § 142 ods. 1 O.s.p. tak, že procesne úspešnému žalobcovi priznal nárok na náhradu trov odvolacieho konania pozostávajúcich z trov právneho zastúpenia za jeden úkon právnej služby (vyjadrenie k odvolaniu zo dňa 06.08.2015) v zmysle vyhlášky č. 655/2004 Z.z. v sume 858,13 eur, spolu s paušálnou náhradou v sume 8,39 eur a 20% DPH v sume 173,30 eur. Priznanú náhradu trov konania v sume 1.039,82 eur je žalovaný povinný zaplatiť v zmysle ust. § 149 ods. 1 O.s.p. k rukám advokáta žalobcu, do troch dní od právoplatnosti rozsudku. Podľa § 164 Občianskeho súdneho poriadku, súd kedykoľvek aj bez návrhu opraví v rozsudku chyby v písaní a počítaní, ako aj iné zrejmé nesprávnosti. O oprave vydá opravné uznesenie, ktoré doručí účastníkom. Právny zástupca žalovaného podaním zo dňa 01.12.2015 požiadal o opravu predmetného rozsudku, pretože vo výroku a v odôvodnení napadnutého rozsudku je nesprávne uvedené, že súd priznal náhradu trov konania žalobcovi, ktorý bol procesne neúspešný. Odvolací súd následne zistil chyby v písaní a zrejmé nesprávnosti v predmetnom rozsudku, keď v druhej vete výroku a v odôvodnení na strane 10. v druhom a treťom odseku nesprávne uviedol, že žalovaný je povinný zaplatiť žalobcovi náhradu trov konania k rukám advokáta žalobcu, keď správne malo byť uvedené, že žalobca, (ktorý bol procesne neúspešný v odvolacom konaní), je povinný zaplatiť žalovanému náhradu trov konania k rukám advokáta žalovaného, a že odvolací súd procesne úspešnému žalovanému priznal nárok na náhradu trov odvolacieho konania pozostávajúcich z trov právneho zastúpenia za jeden úkon právnej služby a to správne označeného vyjadrenie k odvolaniu zo dňa 06.08.2015 a v správne uvedenej výške. Súd vzhľadom k uvedeným skutočnostiam v súlade s ust. § 164 O.s.p. rozhodol tak, ako je uvedené vo výrokovej časti tohto uznesenia a opravil vo výroku ako aj odôvodnení predmetného rozsudku chyby v písaní a zrejmé nesprávnosti. Toto rozhodnutie senát Krajského súdu v Trnave prijal pomerom hlasov 3:0 (§ 3 ods. 9 zák. č. 757/2004 Z.z. v znení zmien a doplnkov). Poučenie: Toto uznesenie nemožno napadnúť odvolaním.</w:t>
      </w:r>
    </w:p>
    <w:p/>
    <w:p>
      <w:r>
        <w:t>Zdroj: KAUZIS.SK – https://www.kauzis.sk/judikatura/r/ECLI:SK:KSTT:2016:2113232817.2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