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20S/90/2015 z 25. 4. 2017</w:t>
      </w:r>
    </w:p>
    <w:p>
      <w:r>
        <w:t>Uznesenie Krajského súdu Trnava z 25. apríla 2017, sp. zn. 20S/90/2015, ECLI:SK:KSTT:2017:2015200652.2</w:t>
      </w:r>
    </w:p>
    <w:p>
      <w:r>
        <w:t>Súd: Krajský súd Trnava</w:t>
      </w:r>
    </w:p>
    <w:p>
      <w:r>
        <w:t>Spisová značka: 20S/90/2015</w:t>
      </w:r>
    </w:p>
    <w:p>
      <w:r>
        <w:t>ECLI: ECLI:SK:KSTT:2017:2015200652.2</w:t>
      </w:r>
    </w:p>
    <w:p>
      <w:r>
        <w:t>Dátum vydania: 25. 4. 2017</w:t>
      </w:r>
    </w:p>
    <w:p>
      <w:r>
        <w:t>Forma: Uznesenie</w:t>
      </w:r>
    </w:p>
    <w:p>
      <w:r>
        <w:t>Oblasť práva: Správne právo</w:t>
      </w:r>
    </w:p>
    <w:p>
      <w:pPr>
        <w:pStyle w:val="Heading2"/>
      </w:pPr>
      <w:r>
        <w:t>Text rozhodnutia</w:t>
      </w:r>
    </w:p>
    <w:p>
      <w:r>
        <w:t>Súd: Krajský súd Trnava Spisová značka: 20S/90/2015 Identifikačné číslo súdneho spisu: 2015200652 Dátum vydania rozhodnutia: 26. 04. 2017 Meno a priezvisko sudcu, VSÚ: JUDr. Róbert Foltán ECLI: ECLI:SK:KSTT:2017:2015200652.2 Uznesenie Krajský súd v Trnave v právnej veci žalobcu W. E., nar. XX.X.XXXX,. bytom B. K. XXX, zastúpeného advokátkou JUDr. Oľgou Šajdíkovou, Nevädzova 5, Bratislava proti žalovanému Okresnému úradu Trnava, odbor opravných prostriedkov, Vajanského 2, Trnava, za účasti Poľovníckej spoločnosti DAMA Trnava, Ružová dolina 604, Suchá nad Parnou a Poľovníckeho združenia ZUPP Dobrá Voda, Dobrá Voda 151, o preskúmanie zákonnosti rozhodnutia žalovaného č. OU-TT-OOP4-2015/017620 zo dňa 22.6.2015 t a k t o r o z h o d o l : Súd konanie zastavuje. Žiaden z účastníkov nemá právo na náhradu trov konania. Súdny poplatok vo výške 63,30 eur bude žalobcovi vrátený po právoplatnosti tohto rozhodnutia prostredníctvom Slovenskej pošty, a.s. o d ô v o d n e n i e : Žalobca sa v konaní domáhal preskúmania zákonnosti a zrušenia rozhodnutia zo dňa 22.6.2015, ktorým žalovaný správny orgán zamietol jeho odvolanie a potvrdil rozhodnutie Okresného úradu Trnava, pozemkového a lesného odboru, č. OU-TT-PLO-2015/000848 zo dňa 27.2.2015. Nakoľko žaloba pred prvým pojednávaním vo veci oznámil súdu späťvzatie žaloby, súd konanie vo veci podľa § 99 písm. a) v spojení s § 491 ods. 1 SSP (zák. č. 162/2015 Z.z.) zastavil. O náhrade trov konania rozhodol súd podľa § 170 písm. b) SSP a o vrátení časti zaplateného súdneho poplatku kráteného o 6,70 eur podľa § 11 ods. 3 a 4 zák. č. 71/1995 Zb. o súdnych poplatkoch.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https://www.kauzis.sk/judikatura/r/ECLI:SK:KSTT:2017:2015200652.2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