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43Sd/76/2015 z 12. 3. 2017</w:t>
      </w:r>
    </w:p>
    <w:p>
      <w:r>
        <w:t>Uznesenie Krajského súdu Trnava z 12. marca 2017, sp. zn. 43Sd/76/2015, ECLI:SK:KSTT:2017:2015200819.2</w:t>
      </w:r>
    </w:p>
    <w:p>
      <w:r>
        <w:t>Súd: Krajský súd Trnava</w:t>
      </w:r>
    </w:p>
    <w:p>
      <w:r>
        <w:t>Spisová značka: 43Sd/76/2015</w:t>
      </w:r>
    </w:p>
    <w:p>
      <w:r>
        <w:t>ECLI: ECLI:SK:KSTT:2017:2015200819.2</w:t>
      </w:r>
    </w:p>
    <w:p>
      <w:r>
        <w:t>Dátum vydania: 12. 3. 2017</w:t>
      </w:r>
    </w:p>
    <w:p>
      <w:r>
        <w:t>Forma: Uznesenie</w:t>
      </w:r>
    </w:p>
    <w:p>
      <w:pPr>
        <w:pStyle w:val="Heading2"/>
      </w:pPr>
      <w:r>
        <w:t>Text rozhodnutia</w:t>
      </w:r>
    </w:p>
    <w:p>
      <w:r>
        <w:t>Súd: Krajský súd Trnava Spisová značka: 43Sd/76/2015 Identifikačné číslo súdneho spisu: 2015200819 Dátum vydania rozhodnutia: 13. 03. 2017 Meno a priezvisko sudcu, VSÚ: JUDr. Ľubomír Bundzel ECLI: ECLI:SK:KSTT:2017:2015200819.2 Uznesenie Krajský súd v Trnave v právnej veci navrhovateľky: S. N., nar. XX.X.XXXX, bytom D. XXX, XXX XX S. proti odporkyni: Sociálna poisťovňa, ústredie, so sídlom Ul. 29. augusta č. 8, 813 63 Bratislava o preskúmanie rozhodnutia odporkyne t a k t o r o z h o d o l : Súd konanie z a s t a v u j e . Žiaden z účastníkov nemá právo na náhradu trov konania. o d ô v o d n e n i e : 1. Navrhovateľka svojim návrhom zo dňa 23.7.2015 žiadala preskúmať rozhodnutie odporkyne č. XXX XXX XXXX X zo dňa 17.6.2015, ktorým odporkyňa podľa ust. § 70 a § 71 zákona č. 461/2003 Z. z. o sociálnom poistení v znení neskorších predpisov navrhovateľke zamietla žiadosť o invalidný dôchodok. Rozhodnutie odporkyne vychádzalo z posudku posudkového lekára sociálneho poistenia Sociálnej poisťovne, pobočky Senica zo dňa 3.6.2015, ktorý stanovil mieru poklesu schopnosti vykonávať zárobkovú činnosť u navrhovateľky na 40 % v porovnaní so zdravou fyzickou osobou. 2. Na základe opravného prostriedku navrhovateľky bol jej zdravotný stav opätovne preskúmaný posudkovým lekárom sociálneho poistenia Sociálnej poisťovne, pobočky Senica dňa 24.8.2015 a posudkovým lekárom sociálneho poistenia Sociálnej poisťovne, ústredie dňa 22.10.2015 so záverom, že navrhovateľka nie je invalidná, pričom miera poklesu schopnosti vykonávať zárobkovú činnosť u navrhovateľky bola opätovne stanovená na 40 %. 3. Navrhovateľka po oboznámení sa s týmto záverom na pojednávaní konanom dňa 13.3.2017 vzala svoj návrh o preskúmanie rozhodnutia späť a konanie žiadala zastaviť. 4. Krajský súd v Trnave príslušný na konanie vo veci, prejednal vec bez nariadenia pojednávania (podľa § 244 ods. 1,2 O.s.p. a § 250l O.s.p.) a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5. Vzhľadom na prejav vôle navrhovateľky, spočívajúci v späťvzatí návrhu, súd postupoval podľa § 250d ods. 3 v spojení s § 250h ods. 2 O.s.p. a konanie zastavil. 6. O náhrade trov konania súd rozhodol podľa § 250l ods. 1,2 O.s.p. v spojení s § 250h ods. 2 O.s.p. a § 146 ods. 1 písm. c) O.s.p. tak, že žiaden z účastníkov nemá právo na náhradu trov konania. Poučenie: Proti tomuto uzneseniu nie je prípustné odvolanie.</w:t>
      </w:r>
    </w:p>
    <w:p/>
    <w:p>
      <w:r>
        <w:t>Zdroj: KAUZIS.SK – https://www.kauzis.sk/judikatura/r/ECLI:SK:KSTT:2017:2015200819.2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