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Trnava sp. zn. 20S/4/2016 z 13. 11. 2017</w:t>
      </w:r>
    </w:p>
    <w:p>
      <w:r>
        <w:t>Opravné uznesenie Krajského súdu Trnava z 13. novembra 2017, sp. zn. 20S/4/2016, ECLI:SK:KSTT:2017:2016200029.2</w:t>
      </w:r>
    </w:p>
    <w:p>
      <w:r>
        <w:t>Súd: Krajský súd Trnava</w:t>
      </w:r>
    </w:p>
    <w:p>
      <w:r>
        <w:t>Spisová značka: 20S/4/2016</w:t>
      </w:r>
    </w:p>
    <w:p>
      <w:r>
        <w:t>ECLI: ECLI:SK:KSTT:2017:2016200029.2</w:t>
      </w:r>
    </w:p>
    <w:p>
      <w:r>
        <w:t>Dátum vydania: 13. 11.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Trnava Spisová značka: 20S/4/2016 Identifikačné číslo súdneho spisu: 2016200029 Dátum vydania rozhodnutia: 14. 11. 2017 Meno a priezvisko sudcu, VSÚ: JUDr. Ľubomír Bundzel ECLI: ECLI:SK:KSTT:2017:2016200029.2 Opravné uznesenie Krajský súd v Trnave v právnej veci žalobcu: A. U., nar. XX.XX.XXXX, bytom N. XXX/XX, XXX XX C. W., t. č. Ústav na výkon trestu odňatia slobody a Ústav na výkon väzby, Gucmanova 19/670, 920 41 Leopoldov, právne zastúpený: JUDr. Dalibor Pavelka, advokát, so sídlom Pribinova 46, 920 01 Hlohovec, proti žalovanému: Ústav na výkon trestu odňatia slobody a Ústav na výkon väzby Leopoldov, so sídlom Gucmanova 19/670, 920 41 Leopoldov, o preskúmanie zákonnosti rozhodnutia žalovaného správneho orgánu č. ÚVTOS a ÚVV-1-1301/11-2015 zo dňa 19.11.2015, takto r o z h o d o l : Uznesenie Krajského súdu v Trnave č.k. 20S/4/2016-29 zo dňa 12.09.2016 sa o p r a v u j e v časti záhlavia tak, že správne znie: „ ..., proti žalovanému: Ústav na výkon trestu odňatia slobody a Ústav na výkon väzby Leopoldov ...“. o d ô v o d n e n i e : 1. Uznesením č.k. 20S/4/2016-29 zo dňa 12.09.2017 Krajský súd v Trnave vo veci preskúmania zákonnosti rozhodnutia žalovaného č. ÚVTOS a ÚVV-1-1301/11-2015 zo dňa 19.11.2015 konanie zastavil a zároveň súd rozhodol o trovách konania tak, že žiaden z účastníkov konania nemá nárok na náhradu trov konania. 2. Pri písomnom vyhotovení uznesenia Krajského súdu v Trnave č.k. 20S/4/2016-29 zo dňa 12.09.2016 došlo v časti záhlavia k chybe, kde správny súd uviedol neúplný názov žalovaného. 3. Podľa § 143 zákona č. 162/2015 Z.z. Správny súdny poriadok (ďalej len „SSP“), správny súd kedykoľvek aj bez návrhu opraví v rozsudku chyby v písaní a počítaní, ako aj iné zrejmé nesprávnosti. O oprave súd vydá opravné uznesenie, ktoré doručí osobám uvedeným v § 142 ods. 1. 4. Podľa tohto ustanovenia SSP možno opraviť rozhodnutie súdu v prípadoch, ak ide o chyby v písaní a počítaní, ako aj o chyby, ktoré ako zrejmé nesprávnosti sú podobného pôvodu ako chyby v písaní a počítaní, ku ktorým došlo len zjavným a okamžitým zlyhaním v duševnej či mechanickej činnosti osoby, za účasti ktorej došlo k vyhláseniu alebo vyhotoveniu rozhodnutia, a ktoré sú každému zrejmé. 5. Podľa § 147 ods. 2 SSP, ak nie je ďalej ustanovené inak, použijú sa na uznesenie primerane ustanovenia o rozsudku vrátane ustanovenia § 139 ods. 4 a § 141. 6. Pri písomnom vyhotovení uznesenia Krajského súdu v Trnave č.k. 20S/4/2016-29 zo dňa 12.09.2016 došlo v časti záhlavia k zrejmej chybe v písaní, keď namiesto správneho označenia žalovaného Ústav na výkon trestu odňatia slobody a Ústav na výkon väzby Leopoldov, bolo v záhlaví uvedené neúplné označenie žalovaného Ústav na výkon trestu odňatia slobody a Ústav na výkon väzby. 7. S poukazom na uvedené správny súd opravil predmetné rozhodnutie zo dňa 12.09.2016 tak, ako je uvedené vo výrokovej časti tohto uznesenia. 8. Toto rozhodnutie senát Krajského súdu v Trnave prijal pomerom hlasov 3:0 (§ 3 ods. 9 zákona č. 757/2004 Z. z. v znení zákona č. 33/2011 Z. z.). Poučenie: Proti tomuto uzneseniu nie je prípustná sťažnosť. Proti tomuto rozhodnutiu je prípustná kasačná sťažnosť, ktorá musí byť podaná v lehote 1 mesiaca odo dňa doručenia rozhodnutia oprávnenému subjektu prostredníctvom Krajského súdu v Trnave na Najvyšší súd SR. Kasačnú sťažnosť môže podať účastník konania a osoba zúčastnená na konaní podľa § 41 ods. 2 SSP, ak bolo rozhodnuté v ich neprospech. V kasačnej sťažnosti sa musí okrem všeobecných náležitostí podania podľa § 57 SSP uviesť označenie napadnutého rozhodnutia, údaj, kedy napadnuté rozhodnutie bolo sťažovateľovi doručené,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</w:t>
      </w:r>
    </w:p>
    <w:p/>
    <w:p>
      <w:r>
        <w:t>Zdroj: KAUZIS.SK – https://www.kauzis.sk/judikatura/r/ECLI:SK:KSTT:2017:2016200029.2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