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14S/22/2016 z 15. 6. 2017</w:t>
      </w:r>
    </w:p>
    <w:p>
      <w:r>
        <w:t>Uznesenie Krajského súdu Trnava z 15. júna 2017, sp. zn. 14S/22/2016, ECLI:SK:KSTT:2017:2016200221.3</w:t>
      </w:r>
    </w:p>
    <w:p>
      <w:r>
        <w:t>Súd: Krajský súd Trnava</w:t>
      </w:r>
    </w:p>
    <w:p>
      <w:r>
        <w:t>Spisová značka: 14S/22/2016</w:t>
      </w:r>
    </w:p>
    <w:p>
      <w:r>
        <w:t>ECLI: ECLI:SK:KSTT:2017:2016200221.3</w:t>
      </w:r>
    </w:p>
    <w:p>
      <w:r>
        <w:t>Dátum vydania: 15. 6. 2017</w:t>
      </w:r>
    </w:p>
    <w:p>
      <w:r>
        <w:t>Forma: Uznesenie</w:t>
      </w:r>
    </w:p>
    <w:p>
      <w:pPr>
        <w:pStyle w:val="Heading2"/>
      </w:pPr>
      <w:r>
        <w:t>Text rozhodnutia</w:t>
      </w:r>
    </w:p>
    <w:p>
      <w:r>
        <w:t>Súd: Krajský súd Trnava Spisová značka: 14S/22/2016 Identifikačné číslo súdneho spisu: 2016200221 Dátum vydania rozhodnutia: 16. 06. 2017 Meno a priezvisko sudcu, VSÚ: JUDr. Pavol Laczo ECLI: ECLI:SK:KSTT:2017:2016200221.3 Uznesenie Krajský súd v Trnave, v senáte zloženom z predsedu senátu JUDr. Pavla Lacza a členov senátu JUDr. Bibiány Ťažiarovej a JUDr. Ľubomíra Bundzela, v právnej veci žalobcu: KELLER, spol. s r.o., so sídlom Nám. sv. Františka 18, 841 04 Bratislava, IČO: 35 753 234, právne zast.: JUDr. Róbert Keller, advokát, so sídlom Bratislavská 17/26, 924 01 Galanta, proti žalovanému: Mesto Galanta, oddelenie stavebného poriadku, so sídlom Mierové nám. 940/1, 924 18 Galanta, vo veci žaloby proti nečinnosti orgánu verejnej správy, t a k t o r o z h o d o l : Správny súd konanie z a s t a v u j e. o d ô v o d n e n i e : 1. Žalobca sa žalobou doručenou tunajšiemu správnemu súdu dňa 08.04.2016 domáhal, aby súd uložil žalovanému Mestu Galanta, oddelenie stavebného poriadku, neodkladne konať a rozhodnúť v právnej veci odvolania voči stavebnému povoleniu číslo OSP 291/2014-Bi, a to najneskôr v lehote 60 dní odo dňa doručenia rozsudku. 2. Krajský súd v Trnave uznesením č. k. 14S/22/2016 - 91 zo dňa 14.02.2017 uložil žalovanému, aby v lehote 30 dní od právoplatnosti tohto uznesenia predložil kompletný spisový materiál svojmu nadriadenému správnemu orgánu na rozhodnutie o odvolaní žalobcu zo dňa 14.12.2015 proti rozhodnutiu Mesta Galanta, oddelenie stavebného poriadku č. OSP 291/2014-Bi zo dňa 12.11.2015. Zároveň priznal žalobcovi úplnú náhradu dôvodne vynaložených trov konania. Uznesenie Krajského súdu v Trnave č. k. 14S/22/2016 - 91 zo dňa 14.02.2017 nadobudlo dňa 06.03.2017 právoplatnosť. 3. Podľa § 491 ods. 1 zákona č. 162/2015 Z. z. Správny súdny poriadok (ďalej len „SSP“), ak nie je ďalej ustanovené inak, platí tento zákon aj na konania začaté podľa piatej časti Občianskeho súdneho poriadku predo dňom nadobudnutia jeho účinnosti. 4. Podľa § 250 ods. 1 SSP, ak správny súd po preskúmaní zistí dôvodnosť žaloby, uznesením uloží žalovanému, aby v určenej lehote konal a rozhodol, vydal opatrenie alebo vykonal úkon, prípadne začal z úradnej povinnosti administratívne konanie. Vydaním tohto uznesenia sa súdne konanie nekončí a žalovaný je povinný správnemu súdu v určenej lehote doručiť vydané rozhodnutie, opatrenie alebo oznámenie o vykonanom úkone, prípadne o začatí administratívneho konania. 5. Dňa 13.06.2017 bolo tunajšiemu správnemu súdu doručené rozhodnutie Okresného úradu Trnava, odboru výstavby a bytovej politiky, oddelenia štátnej stavebnej správy č. k. OU-TT-OVBP2-2017/014811/ Do zo dňa 31.05.2017, ktorým Okresný úrad Trnava, odbor výstavby a bytovej politiky, oddelenie štátnej stavebnej správy rozhodnutie mesta Galanta č. OSP 291/2014-Bi, k spisu č.: OSP 684/14745-1/2013- Bi zo dňa 12.11.2015 zrušil pre porušenie ust. § 3 ods. 1 a 5, ust. § 5, ust. § 32, ust. § 46, ust. § 57 správneho poriadku, ust. § 39a ods. 4, ust. § 120 stavebného zákona a vec podľa ust. § 59 ods. 3 správneho poriadku vrátil prvostupňovému orgánu na nové konanie a rozhodnutie v súlade so zákonom. 6. Podľa § 251 ods. 2 SSP, ak orgán verejnej správy správnemu súdu preukáže odstránenie nečinnosti, správny súd konanie uznesením zastaví. 7. Vzhľadom k tomu, že žalovaný predložil kompletný spisový materiál svojmu nadriadenému správnemu orgánu na rozhodnutie o odvolaní žalobcu proti rozhodnutiu žalovaného a zároveň nadriadený správny orgán, t. j. Okresný úrad Trnava, odbor výstavby a bytovej politiky, oddelenie štátnej stavebnej správy dňa 13.06.2017 doručil tunajšiemu správnemu súdu Rozhodnutie č. k. OU-TT-OVBP2-2017/014811/Do zo dňa 31.05.2017, ktorým rozhodol o odvolaní žalobcu proti rozhodnutiu žalovaného č. OSP 291/2014-Bi zo dňa 12.11.2015 a tým ma správny súd za preukázané odstránenie nečinnosti, správny súd postupoval podľa § 251 ods. 2 SSP a konanie zastavil. 8. Toto rozhodnutie senát Krajského súdu v Trnave prijal pomerom hlasov 3:0 (§ 3 ods. 9 zák. č. 757/2004 Z.z. v znení zák. č. 33/2011 Z.z.). Poučenie: Proti tomuto uzneseniu nie je prípustná sťažnosť. Proti tomuto rozhodnutiu je prípustná kasačná sťažnosť, ktorá musí byť podaná v lehote 1 mesiaca odo dňa doručenia rozhodnutia oprávnenému subjektu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https://www.kauzis.sk/judikatura/r/ECLI:SK:KSTT:2017:2016200221.3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