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23Sd/44/2016 z 5. 3. 2017</w:t>
      </w:r>
    </w:p>
    <w:p>
      <w:r>
        <w:t>Rozsudok Krajského súdu Trnava z 5. marca 2017, sp. zn. 23Sd/44/2016, ECLI:SK:KSTT:2017:2016200265.3</w:t>
      </w:r>
    </w:p>
    <w:p>
      <w:r>
        <w:t>Súd: Krajský súd Trnava</w:t>
      </w:r>
    </w:p>
    <w:p>
      <w:r>
        <w:t>Spisová značka: 23Sd/44/2016</w:t>
      </w:r>
    </w:p>
    <w:p>
      <w:r>
        <w:t>ECLI: ECLI:SK:KSTT:2017:2016200265.3</w:t>
      </w:r>
    </w:p>
    <w:p>
      <w:r>
        <w:t>Dátum vydania: 5. 3. 2017</w:t>
      </w:r>
    </w:p>
    <w:p>
      <w:r>
        <w:t>Forma: Rozsudok</w:t>
      </w:r>
    </w:p>
    <w:p>
      <w:r>
        <w:t>Oblasť práva: Správne právo</w:t>
      </w:r>
    </w:p>
    <w:p>
      <w:pPr>
        <w:pStyle w:val="Heading2"/>
      </w:pPr>
      <w:r>
        <w:t>Text rozhodnutia</w:t>
      </w:r>
    </w:p>
    <w:p>
      <w:r>
        <w:t>Súd: Krajský súd Trnava Spisová značka: 23Sd/44/2016 Identifikačné číslo súdneho spisu: 2016200265 Dátum vydania rozhodnutia: 06. 03. 2017 Meno a priezvisko sudcu, VSÚ: JUDr. Pavol Laczo ECLI: ECLI:SK:KSTT:2017:2016200265.3 ROZSUDOK V MENE SLOVENSKEJ REPUBLIKY Krajský súd v Trnave v konaní pred sudcom JUDr. Pavlom Laczom v právnej veci navrhovateľky: W. A., nar. XX.XX.XXXX, bytom A. U. XXX, XXX XX A. U. proti odporkyni: Sociálna poisťovňa - ústredie, Ul. 29 augusta 8, 813 63 Bratislava, o preskúmanie zákonnosti rozhodnutia odporkyne zo dňa 14.11.2015 č. XXX XXX XXXX X takto r o z h o d o l : Krajský súd napadnuté rozhodnutie odporkyne Sociálnej poisťovne - ústredie Bratislava zo dňa 14.11.2015 č. XXX XXX XXXX X p o t v r d z u j e. Navrhovateľke súd nárok na náhradu trov konania n e p r i z n á v a. o d ô v o d n e n i e : 1.Napadnutým rozhodnutím odporkyne zo dňa 14.11.2015 č. XXX XXX XXXX X odporkyňa podľa § 70 a § 71 zákona č. 461/2003 Z.z. o sociálnom poistení v znení neskorších predpisov, zamietla žiadosť navrhovateľky o invalidný dôchodok zo dňa 16.10.2015. 2.Svoje rozhodnutie odporkyňa odôvodnila tým, že podľa posudku posudkového lekára sociálneho poistenia Sociálnej poisťovne pobočky Galanta zo dňa 16.10.2015 nie je navrhovateľka invalidná, lebo pre dlhodobo nepriaznivý zdravotný stav nemá pokles schopnosti vykonávať zárobkovú činnosť viac ako 40% v porovnaní so zdravou fyzickou osobou. 3.Navrhovateľka podala dňa 04.01.2016 odvolanie priamo na Sociálnu poisťovňu, ústredie, ktoré bolo tunajšiemu súdu doručené dňa 26.04.2016, v ktorom namietala, že pri posudzovaní zdravotného stavu jej nebol zohľadnený ďalší posun stavca, ktorý bol zistený po troch mesiacoch po operácii na kontrole na neurochirurgii v Nových Zámkoch. Uviedla, že čaká na výsledky magnetickej rezonancie zo dňa 8.12.2015 a následné konzultácie. 4.Z písomného vyjadrenia odporkyne zo dňa 29.4.2016 vyplýva, že zdravotný stav navrhovateľky bol posudzovaný viacerými posudkovými lekármi, ktorí zhodne zotrvali na pôvodnom posudku, že navrhovateľka nie je invalidná podľa § 71 ods. 1 zákona, lebo jej miera poklesu schopnosti vykonávať zárobkovú činnosť nie je vyššia ako 40 % v porovnaní so zdravou fyzickou osobou. 5.Krajský súd preskúmal napadnuté rozhodnutie na pojednávaní konanom dňa 06.07.2016, 26.10.2016 a 6.3.2017 podľa § 244 ods. 1, 2 a 3 O.s.p., a § 250l ods. 1 a 2 O.s.p. a dospel k záveru, že napadnuté rozhodnutie odporkyne je správne. 6.Na pojednávaní konanom dňa 06.07.2016 navrhovateľka predložila súdu ďalšie lekárske správy, ktoré podľa jej názoru potvrdzujú zhoršenie jej zdravotného stavu. Z uvedeného dôvodu bolo pojednávanie odročené na neurčito za účelom znovu posúdenia zdravotného stavu navrhovateľky, s prihliadnutím na predložené lekárske správy. 7.Na pojednávaní konanom dňa 26.10.2016 sa navrhovateľka k oboznámenej lekárskej správe zo dňa 14.9.2016 vyjadrila v tom zmysle, že ani s touto lekárskou správou nesúhlasí, čaká na termín operácie, doložila nové lekárske správy a preto bolo pojednávanie opätovne odročené na neurčito, za účelom znovu posúdenia zdravotného stavu navrhovateľky, s prihliadnutím na predložené lekárske správy. 8.Na pojednávaní konanom dňa 06.03.2017 sa navrhovateľka k oboznámenej lekárskej správe zo dňa 15.12.2016 vyjadrila, že ona mala výsledky z magnetickej rezonancie aj s popisom, pričom bola v Nových Zámkoch na neurochirurgii, kde jej robili aj dynamické röngeny, pričom posudková lekárka ju žiadala, aby priniesla popis týchto dynamických röngenov. V Nových Zámkoch na neurochirurgii jej lekári povedali, že takéto popisy sa nerobia, robí si to sám neurochirurg. Ďalej uviedla, že by sa mala podrobiť ďalšej operácii chrbtice a nakoľko prešla z poisťovne Union do Všeobecnej zdravotnej poisťovne, preto sa oddialil termín operácie. Predpokladá sa, že operácia bude vykonaná v mes. apríl, resp. máj t.r.. 7.Poverená zástupkyňa odporkyne na pojednávaní uviedla, že žiada napadnuté rozhodnutie ako vecne správne potvrdiť, nakoľko pri rozhodovaní o žiadosti navrhovateľky o invalidný dôchodok bol rozhodujúci jej zdravotný stav v čase podania žiadosti a to obdobie konca r.2015. 8.Podľa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8 zákona č.461/2003 Z.z. o sociálnom poistení v znení neskorších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9.Z predloženého spisového materiálu krajský súd zistil, že na základe posudku posudkového lekára Sociálnej poisťovne pobočka Galanta zo dňa 16.10.2015, ktorý bol vypracovaný na základe žiadosti navrhovateľky o invalidný dôchodok, bolo konštatované, že navrhovateľka má pokles schopnosti vykonávať zárobkovú činnosť len 20% v porovnaní so zdravou fyzickou osobou, keď za rozhodujúce zdravotné postihnutie bolo určené - choroba podporného a pohybového aparátu, kapitola XV., oddiel E, dorzopatia, deformujúca dorzopatia a spondylopatia, položka 4 - stavy po operácii chrbtice a medzistavcových platničiek písm. a) s miernym reziduálnym funkčným nálezom s mierou poklesu schopnosti 20%. Na základe opravného prostriedku navrhovateľky bol zdravotný stav navrhovateľky posudzovaný aj ďalšími posudkovými lekármi a to dňa 15.3.2016 posudkovým lekárom Sociálnej poisťovne, pobočka Galanta, dňa 21.4.2016 posudkovým lekárom Sociálnej poisťovne - ústredie a dňa 15.12.2016 posudkovým lekárom Sociálnej poisťovne - ústredie, kde posudkoví lekári zotrvali zhodne na záveroch posudku, ktorý bol podkladom pre vypracovanie napadnutého rozhodnutia, pričom konštatovali, že navrhovateľka síce doložila v priebehu konania nové lekárske správy, ktoré však nepreukazovali zhoršenie jej zdravotného stavu. Posudkoví lekári konštatovali, že pooperačný priebeh bol bez komplikácií, došlo k zmierneniu bolestí v krížoch a v parestézii v pravej nohe a nové lekárske správy doložené navrhovateľkou neindikujú zhoršenie zdravotného stavu v tomto smere. 10.Navrhovateľka v priebehu celého konania uvádza, že sa má podrobiť ďalšej operácii chrbtice, túto skutočnosť uvádzala aj na pojednávaní dňa 06.07.2016, ako aj na poslednom pojednávaní dňa 6.3.2017, pričom doposiaľ sa tejto operácii nepodrobila a krajský súd ju v tomto smere poučil, že v prípade, že sa tejto operácii podrobí a príde k zmene jej zdravotného stavu, ktorý bude odôvodňovať záver o jeho zhoršení, môže navrhovateľka opätovne požiadať Sociálnu poisťovňu o prehodnotenie jej zdravotného stavu a o priznanie invalidného dôchodku. 11.Krajský súd rovnako ako posudkoví lekári musí konštatovať, že navrhovateľka nepreukázala, že by posudkoví lekári nezhodnotili všetky jej zdravotné postihnutia, ktoré by mohli mať vplyv na určenie výšky miery poklesu schopnosti vykonávať zárobkovú činnosť, ktorá je jedným z rozhodujúcich ukazovateľov resp. činiteľov pre určenie výšky invalidného dôchodku resp. pre určenie či osoba je invalidná resp. invalidná nie je. 12.Krajský súd konštatuje, že odporkyňa pri rozhodovaní o žiadosti navrhovateľky postupovala v súlade so zákonom. 13. Vzhľadom na vyššie uvedené skutočnosti súd rozhodol tak ako je uvedené vo výrokovej časti tohto rozsudku. 14. O náhrade trov konania rozhodol krajský súd v súlade s ustanovením § 250k ods. 1 O.s.p., keď procesne neúspešnej navrhovateľke nárok na náhradu trov konania nepriznal.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https://www.kauzis.sk/judikatura/r/ECLI:SK:KSTT:2017:2016200265.3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