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20Sd/33/2016 z 8. 6. 2017</w:t>
      </w:r>
    </w:p>
    <w:p>
      <w:r>
        <w:t>Uznesenie Krajského súdu Trnava z 8. júna 2017, sp. zn. 20Sd/33/2016, ECLI:SK:KSTT:2017:2016200274.2</w:t>
      </w:r>
    </w:p>
    <w:p>
      <w:r>
        <w:t>Súd: Krajský súd Trnava</w:t>
      </w:r>
    </w:p>
    <w:p>
      <w:r>
        <w:t>Spisová značka: 20Sd/33/2016</w:t>
      </w:r>
    </w:p>
    <w:p>
      <w:r>
        <w:t>ECLI: ECLI:SK:KSTT:2017:2016200274.2</w:t>
      </w:r>
    </w:p>
    <w:p>
      <w:r>
        <w:t>Dátum vydania: 8. 6.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20Sd/33/2016 Identifikačné číslo súdneho spisu: 2016200274 Dátum vydania rozhodnutia: 09. 06. 2017 Meno a priezvisko sudcu, VSÚ: JUDr. Róbert Foltán ECLI: ECLI:SK:KSTT:2017:2016200274.2 Uznesenie Krajský súd v Trnave sudcom JUDr. Róbertom Foltánom v právnej veci navrhovateľa: J. J., nar. X.X.XXXX, bytom T. K. XXX, K. R. R., proti odporcovi: Sociálna poisťovňa, ústredie, Ul. 29. augusta 8 - 10, Bratislava, o priznanie invalidného dôchodku, o návrhu na preskúmanie zákonnosti rozhodnutia odporcu č. XXX XXX XXXX X zo dňa 12.1.2016, takto r o z h o d o l : Súd konanie z a s t a v u j e . Navrhovateľovi sa náhrada trov konania nepriznáva. o d ô v o d n e n i e : 1. Navrhovateľ v zákonnej lehote podal opravný prostriedok proti rozhodnutiu č. XXX XXX XXXX X zo dňa 12.1.2016, ktorým odporca zamietol jeho žiadosť o priznanie invalidného dôchodku vychádzajúc zo zistenia, že navrhovateľ nie je invalidný podľa § 71 ods. 1 zák. č. 461/2003 Z.z. o sociálnom poistení, nakoľko pre dlhodobo nepriaznivý zdravotný stav nemá mieru poklesu schopnosti vykonávať zárobkovú činnosť viac ako 40% v porovnaní so zdravou fyzickou osobou. Stručne namietal voči priznanému percentuálnemu poklesu zárobkovej schopnosti (30%), s tým, že jeho zdravotný stav sa po psychickej stránke veľmi zhoršil. 2. Nakoľko súd zistil, že v priebehu konania na základe znovuposúdenia zdravotného stavu navrhovateľa odporca preskúmavané rozhodnutie zo dňa 12.1.2016 sám zrušil rozhodnutím zo dňa 22.5.2017 a následne rozhodnutím č. XXX XXX XXXX X-I z toho istého dňa navrhovateľovi s účinnosťou od 3.5.2017 priznal invalidný dôchodok v sume 119,50 eur mesačne, pričom vychádzal z miery poklesu zárobkovej schopnosti navrhovateľa 55%, čím návrhu navrhovateľa na priznanie invalidného dôchodku vyhovel, súd konanie podľa § 250o O.s.p. v spojení s § 492 ods. 1 SSP (zák. č. 162/2015 Z.z.) zastavil. 3. O trovách konania rozhodol súd s prihliadnutím na skutočnosť, že v tomto konaní z procesného hľadiska úspešnému navrhovateľovi žiadne trovy nevznikli. Poučenie: Proti tomuto rozhodnutiu je možné podať odvolanie do 15-tich dní odo dňa jeho doručenia prostredníctvom tunajšieho súdu na Najvyšší súd Slovenskej republiky. Podľa § 205 ods. 1 O.s.p.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https://www.kauzis.sk/judikatura/r/ECLI:SK:KSTT:2017:2016200274.2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