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20Sd/35/2016 z 1. 6. 2017</w:t>
      </w:r>
    </w:p>
    <w:p>
      <w:r>
        <w:t>Uznesenie Krajského súdu Trnava z 1. júna 2017, sp. zn. 20Sd/35/2016, ECLI:SK:KSTT:2017:2016200293.2</w:t>
      </w:r>
    </w:p>
    <w:p>
      <w:r>
        <w:t>Súd: Krajský súd Trnava</w:t>
      </w:r>
    </w:p>
    <w:p>
      <w:r>
        <w:t>Spisová značka: 20Sd/35/2016</w:t>
      </w:r>
    </w:p>
    <w:p>
      <w:r>
        <w:t>ECLI: ECLI:SK:KSTT:2017:2016200293.2</w:t>
      </w:r>
    </w:p>
    <w:p>
      <w:r>
        <w:t>Dátum vydania: 1. 6.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20Sd/35/2016 Identifikačné číslo súdneho spisu: 2016200293 Dátum vydania rozhodnutia: 02. 06. 2017 Meno a priezvisko sudcu, VSÚ: JUDr. Róbert Foltán ECLI: ECLI:SK:KSTT:2017:2016200293.2 Uznesenie Krajský súd v Trnave v konaní pred sudcom JUDr. Róbertom Foltánom v právnej veci navrhovateľa: F. M. nar. XX.X.XXXX, bytom X. XXX/X, V., proti odporcovi: Sociálna poisťovňa, ústredie, Ul. 29. augusta 8 - 10, Bratislava, o zníženie invalidného dôchodku, o návrhu na preskúmanie zákonnosti rozhodnutia odporcu č. XXX XXX XXXX X zo dňa 7.1.2016, takto r o z h o d o l : Súd konanie z a s t a v u j e . Žiaden z účastníkov nemá právo na náhradu trov konania. o d ô v o d n e n i e : 1. Rozhodnutím č. XXX XXX XXXX X zo dňa 7.1.2016 odporca podľa § 73, 82 a 112 zák. č. 461/2003 Z.z. o sociálnom poistení znížil navrhovateľovi priznaný invalidný dôchodok s účinnosťou od 8.3.2016 na sumu 172 eur mesačne s odôvodnením, že z dôvodu zmeny jeho zdravotného stavu došlo k zníženiu miery poklesu schopnosti vykonávať zárobkovú činnosť z pôvodných 75% na 50%. 2. Proti tomuto rozhodnutiu podal navrhovateľ v zákonnej lehote opravný prostriedok. 3. Nakoľko odporca v priebehu konania na základe znovuposúdenia zdravotného stavu navrhovateľa rozhodnutím zo dňa 28.4.2016 jeho invalidný dôchodok od 3.6.2016 zvýšil na 206,20 eur a od 1.1.2017 na 210,20 eur mesačne (pri zistenej miere zníženia zárobkovej schopnosti 60%), navrhovateľ vzal svoj opravný prostriedok späť a konanie žiadal zastaviť. 4. Súd preto konanie podľa § 250d ods.3 v spojení s § 250l ods. 2 O.s.p. zastavil. 5. O trovách konania rozhodol súd s poukazom na skutočnosť, že výsledok tohto konania (z hľadiska dôvodov späťvzatia návrhu) možno považovať za pomerný úspech oboch účastníkov. Poučenie: Proti tomuto rozhodnutiu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https://www.kauzis.sk/judikatura/r/ECLI:SK:KSTT:2017:2016200293.2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