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20Sp/13/2016 z 6. 4. 2017</w:t>
      </w:r>
    </w:p>
    <w:p>
      <w:r>
        <w:t>Rozsudok Krajského súdu Trnava z 6. apríla 2017, sp. zn. 20Sp/13/2016, ECLI:SK:KSTT:2017:2016200335.1</w:t>
      </w:r>
    </w:p>
    <w:p>
      <w:r>
        <w:t>Súd: Krajský súd Trnava</w:t>
      </w:r>
    </w:p>
    <w:p>
      <w:r>
        <w:t>Spisová značka: 20Sp/13/2016</w:t>
      </w:r>
    </w:p>
    <w:p>
      <w:r>
        <w:t>ECLI: ECLI:SK:KSTT:2017:2016200335.1</w:t>
      </w:r>
    </w:p>
    <w:p>
      <w:r>
        <w:t>Dátum vydania: 6. 4. 2017</w:t>
      </w:r>
    </w:p>
    <w:p>
      <w:r>
        <w:t>Forma: Rozsudok</w:t>
      </w:r>
    </w:p>
    <w:p>
      <w:r>
        <w:t>Oblasť práva: Správne právo</w:t>
      </w:r>
    </w:p>
    <w:p>
      <w:pPr>
        <w:pStyle w:val="Heading2"/>
      </w:pPr>
      <w:r>
        <w:t>Text rozhodnutia</w:t>
      </w:r>
    </w:p>
    <w:p>
      <w:r>
        <w:t>Súd: Krajský súd Trnava Spisová značka: 20Sp/13/2016 Identifikačné číslo súdneho spisu: 2016200335 Dátum vydania rozhodnutia: 07. 04. 2017 Meno a priezvisko sudcu, VSÚ: JUDr. Róbert Foltán ECLI: ECLI:SK:KSTT:2017:2016200335.1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navrhovateľa proti rozhodnutiu odporcu č. V 4767/15-02 zo dňa 9.2.2016, za účasti účastníka správneho konania T. Q., nar. XX.XX.XXXX, bytom G. č. XXX, takto r o z h o d o l : Súd rozhodnutie Okresného úradu Trnava, katastrálny odbor, č. V 4767/15-02 zo dňa 9.2.2016 p o t v r d z u j e . Odporcovi a účastníkovi konania T. Q. sa náhrada trov konania n e p r i z n á v a . Navrhovateľ je povinný zaplatiť na účet tunajšieho súdu súdny poplatok vo výške 35 eur do troch dní po právoplatnosti tohto rozhodnutia. o d ô v o d n e n i e : 1. Odporca svojim rozhodnutím č. V 4767/15-02 zo dňa 9.2.2016 podľa § 31 ods. 3 zákona č. 162/1995 Z.z zamietol návrh na vklad záložného práva do katastra nehnuteľností podaný navrhovateľom dňa 31.7.2015 spolu so zmluvou o zriadení záložného práva č. 181/2015- RAČ uzavretou dňa 19.5.2015 na základe zmluvy o úvere č. 401300889 zo dňa 17.3.2014. Podľa odôvodnenia rozhodnutia záložnú zmluvu za záložcu podpísal splnomocnenec - DSS Nestor o.z. (predtým ProHelp - združenie občianskoprávnej pomoci so sídlom v Bratislave) na základe dohody o splnomocnení zo dňa 17.3.2014.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dohodu o splnomocnení v Topoľčanoch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odporca dohodu o splnomocnení a záložnú zmluvu posudzoval ako neplatný právny úkon, pričom poukazoval na ustanovenia § 22 ods. 2 a 37 ods. 1 Občianskeho zákonníka.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4.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vec prejednal v neprítomnosti navrhovateľa a odporcu, ktorí svoju neúčasť na pojednávaní ospravedlnili a s procesným postupom súdu vyslovili súhlas, oboznámil sa s celým obsahom spisového materiálu, vrátane administratívneho spisu odporcu, a dospel k záveru o nedôvodnosti odvolania navrhovateľa. 6. Predložená zmluva o spotrebiteľskom úvere zo dňa 17.3.2014, rovnako ako všeobecné podmienky poskytnutia úveru, ktoré sú jej súčasťou, neobsahujú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401300889, bolo skrytou podmienkou poskytnutia úveru. 7.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8. Z vyššie uvádzaných dôvodov sa súd stotožnil s konštatovaním správneho orgánu o neplatnosti dohody o splnomocnení a v súvislosti s tým aj zmluvy o zriadení záložného práva zo dňa 19.5.2015, jasne a zrozumiteľne ozrejmeným v obsahu odôvodnenia napadnutého rozhodnutia, pre nedodržanie podmienok zastúpenia vyplývajúcich z ust. § 22 ods. 2 Občianskeho zákonníka (zastupovať iného nemôže ten, záujmy ktorého sú v rozpore so záujmami zastúpeného). 9. Súd preto odvolaním napadnuté rozhodnutie podľa § 250q ods. 2 O.s.p. v spojení s § 492 Správneho súdneho poriadku (zák. č. 162/2015 Z.z.) ako vecne správne potvrdil. 10. O trovách konania rozhodol súd s poukazom na skutočnosť, že v tomto konaní úspešnému odporcovi a účastníkovi T. Q.iadne trovy nevznikli. 11.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https://www.kauzis.sk/judikatura/r/ECLI:SK:KSTT:2017:2016200335.1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