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14S/36/2016 z 11. 5. 2017</w:t>
      </w:r>
    </w:p>
    <w:p>
      <w:r>
        <w:t>Uznesenie Krajského súdu Trnava z 11. mája 2017, sp. zn. 14S/36/2016, ECLI:SK:KSTT:2017:2016200340.4</w:t>
      </w:r>
    </w:p>
    <w:p>
      <w:r>
        <w:t>Súd: Krajský súd Trnava</w:t>
      </w:r>
    </w:p>
    <w:p>
      <w:r>
        <w:t>Spisová značka: 14S/36/2016</w:t>
      </w:r>
    </w:p>
    <w:p>
      <w:r>
        <w:t>ECLI: ECLI:SK:KSTT:2017:2016200340.4</w:t>
      </w:r>
    </w:p>
    <w:p>
      <w:r>
        <w:t>Dátum vydania: 11. 5. 2017</w:t>
      </w:r>
    </w:p>
    <w:p>
      <w:r>
        <w:t>Forma: Uznesenie</w:t>
      </w:r>
    </w:p>
    <w:p>
      <w:pPr>
        <w:pStyle w:val="Heading2"/>
      </w:pPr>
      <w:r>
        <w:t>Text rozhodnutia</w:t>
      </w:r>
    </w:p>
    <w:p>
      <w:r>
        <w:t>Súd: Krajský súd Trnava Spisová značka: 14S/36/2016 Identifikačné číslo súdneho spisu: 2016200340 Dátum vydania rozhodnutia: 12. 05. 2017 Meno a priezvisko sudcu, VSÚ: JUDr. Róbert Foltán ECLI: ECLI:SK:KSTT:2017:2016200340.4 Uznesenie Krajský súd v Trnave, v senáte zloženom z predsedu senátu JUDr. Róberta Foltána a členov senátu JUDr. Ľubomíra Bundzela a JUDr. Ľuboslavy Vankovej, v právnej veci žalobkyne: P. K., nar. XX.XX.XXXX, bytom Z. X/XX, XXX XX B., právne zast.: JUDr. Peter Sopko, advokát, so sídlom Paulínska 24, 917 01 Trnava, proti žalovanému: Okresný úrad v Trnave, odbor výstavby a bytovej politiky, so sídlom Kollárova 8, 917 02 Trnava, o preskúmanie zákonnosti rozhodnutia žalovaného číslo OU-TT- OVBP2-2016/012340/Ve-1 zo dňa 13.05.2016, o návrhu žalobkyne na priznanie odkladného účinku správnej žalobe, t a k t o r o z h o d o l : Správny súd návrh žalobkyne na priznanie odkladného účinku správnej žalobe z a m i e t a. o d ô v o d n e n i e : 1. Žalobou zo dňa 25.05.2016, doručenou súdu dňa 30.05.2016, sa žalobkyňa domáhala preskúmania zákonnosti rozhodnutia žalovaného číslo OU-TT-OVBP2-2016/012340/Ve-1 zo dňa 13.05.2016, ktorým žalovaný zmenil rozhodnutie stavebného úradu Mesta Trnava číslo OSaŽP/1005-4624/2016/Zs zo dňa 25.01.2016 v časti výroku týkajúcej sa čísla účtu, na ktorý je žalobkyňa povinná uhradiť uloženú pokutu a v časti týkajúcej sa trov konania. Uvedeným rozhodnutím číslo OSaŽP/1005-4624/2016/Zs zo dňa 25.01.2016 Mesto Trnava ako príslušný stavebný úrad uznalo podľa § 105 ods. 2 písm. b) zákona č. 50/1976 Zb. o územnom plánovaní a stavebnom poriadku (stavebný zákon) žalobkyňu vinnou zo spáchania priestupku, ktorého sa dopustila tým, že ako spoluvlastník nehnuteľnosti - polyfunkčnej stavby súp. č. XXXX, Ul. E. XX, I., na pozemkoch parc. č. 95/74, 95/33 k.ú. I., v období počas mesiacov jún 2015 až január 2016, umožnila inej osobe obchodnej spoločnosti Infinity Wings s.r.o. užívať stavbu súp. č. XXXX v rozpore s kolaudačným rozhodnutím vydaným Okresným úradom Trnava pod č. G2002/03982/ ŽP-SP/Be zo dňa 21.11.2002, čím prišlo k porušeniu ustanovenia § 85 stavebného zákona a to v rozsahu zmeny v užívaní I.PP, t.j. suterénneho priestoru pôvodných miestností sklady, práčovňa, kotolňa a fitness na skladované priestory, kuchyňa, hobby miestnosť, zmeny v užívaní I.NP t.j. priestoru pôvodnej ambulancie, čakárne pre pacientov, podbránia a dvora na súčasť kaviarne LA REUNION so stavebnou zmenou spočívajúcou v uzatvorení podbránia, zmeny v užívaní II.NP t.j. priestoru pôvodnej bytovej jednotky na konferenčný priestor so zasadačkou, za čo jej podľa § 105 ods. 2 písm. b) stavebného zákona uložilo pokutu vo výške 300,- Eur. 2. Žalobkyňa okrem iného požiadala o odklad vykonateľnosti rozhodnutia žalovaného č. OU-TT- OVBP2-2016/012340/Ve-1 zo dňa 13.05.2016 (v spojení s prvostupňovým rozhodnutím Mesta Trnava č. OSaŽP/1005-4624/2016/Zs zo dňa 25.01.2016), pričom v tejto súvislosti dôvodila predovšetkým tým, že výkonom rozhodnutia, ktorého zrušenia sa domáha, hrozí žalobkyni škoda a majetková ujma. Zároveň uviedla, že v súčasnosti poberá dôchodok, pričom výška pokuty takmer dosahuje výšku jej mesačného dôchodku. 3. Žalovaný sa k návrhu žalobkyne na priznanie odkladného účinku správnej žalobe osobitne nevyjadril. 4. Podľa § 491 ods. 1 zákona č. 162/2015 Z.z. Správny súdny poriadok (ďalej len „SSP“), ak nie je ďalej ustanovené inak, platí tento zákon aj na konania začaté podľa piatej časti Občianskeho súdneho poriadku predo dňom nadobudnutia jeho účinnosti.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11.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12. Návrh žalobkyne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Podľa obsahu spisu je žalobkyňa spoluvlastníčkou prenajímanej polyfunkčnej budovy v Trnave, preto samotná skutočnosť, že je poberateľkou dôchodku, naviac v nedokladovanej výške, nemôže byť dôvodom pre záver o tom, že by okamžitý výkon rozhodnutia mohol mať pre ňu následky predpokladané § 185 písm. a) SSP. Správny súd nepovažuje okolnosti, na ktoré v návrhu na priznanie odkladného účinku správnej žalobe žalobkyňa poukázala, za také, ktoré by zakladali dôvody prípadnej hrozby závažnej ujmy. 13.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https://www.kauzis.sk/judikatura/r/ECLI:SK:KSTT:2017:2016200340.4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