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14S/36/2016 z 5. 11. 2017</w:t>
      </w:r>
    </w:p>
    <w:p>
      <w:r>
        <w:t>Uznesenie Krajského súdu Trnava z 5. novembra 2017, sp. zn. 14S/36/2016, ECLI:SK:KSTT:2017:2016200340.6</w:t>
      </w:r>
    </w:p>
    <w:p>
      <w:r>
        <w:t>Súd: Krajský súd Trnava</w:t>
      </w:r>
    </w:p>
    <w:p>
      <w:r>
        <w:t>Spisová značka: 14S/36/2016</w:t>
      </w:r>
    </w:p>
    <w:p>
      <w:r>
        <w:t>ECLI: ECLI:SK:KSTT:2017:2016200340.6</w:t>
      </w:r>
    </w:p>
    <w:p>
      <w:r>
        <w:t>Dátum vydania: 5. 11. 2017</w:t>
      </w:r>
    </w:p>
    <w:p>
      <w:r>
        <w:t>Forma: Uznesenie</w:t>
      </w:r>
    </w:p>
    <w:p>
      <w:pPr>
        <w:pStyle w:val="Heading2"/>
      </w:pPr>
      <w:r>
        <w:t>Text rozhodnutia</w:t>
      </w:r>
    </w:p>
    <w:p>
      <w:r>
        <w:t>Súd: Krajský súd Trnava Spisová značka: 14S/36/2016 Identifikačné číslo súdneho spisu: 2016200340 Dátum vydania rozhodnutia: 06. 11. 2017 Meno a priezvisko sudcu, VSÚ: JUDr. Róbert Foltán ECLI: ECLI:SK:KSTT:2017:2016200340.6 Uznesenie Krajský súd v Trnave v právnej veci žalobkyne P. K., nar. XX.XX.XXXX, bytom Z. XX/X, B., zastúpenej advokátom JUDr. Petrom Sopkom, Paulínska 24, Trnava, proti žalovanému Okresnému úradu Trnava, odbor výstavby a bytovej politiky, Kollárova 8, Trnava, o preskúmanie zákonnosti rozhodnutia žalovaného č. OÚ-TT-OVBP2-2016/012340/Ve-1 zo dňa 13.05.2016 takto r o z h o d o l : I. Súd konanie z a s t a v u j e . II. Žiaden z účastníkov nemá právo na náhradu trov konania. III. Súdny poplatok vo výške 28,30 eur bude žalobkyni vrátený po právoplatnosti tohto rozhodnutia cestou prevádzkovateľa systému Slovenská pošta, a.s., Partizánska cesta 9, Banská Bystrica. o d ô v o d n e n i e : 1. Žalobkyňa sa v konaní domáhala preskúmania zákonnosti a zrušenia rozhodnutia č. OÚ-TT- OVBP2-2016/012340/Ve-1 zo dňa 13.05.2016, ktorým žalovaný rozhodol o jej odvolaní proti rozhodnutiu stavebného úradu mesta Trnava zo dňa 25.01.2016 vo veci uloženia pokuty vo výške 300 eur za priestupok podľa § 105 ods. 2 písm. b) stavebného zákona. 2. Nakoľko žalobkyňa pred rozhodnutím správneho súdu vo veci vzala žalobu späť, súd konanie podľa § 99 písm. a) SSP zastavil. 3. O náhrade trov konania rozhodol súd podľa § 170 písm. b) SSP a o vrátení zaplateného súdneho poplatku kráteného o 6,70 eur žalobkyni podľa § 11 ods. 3 a 4 zákona č. 71/1992 Zb. o súdnych poplatkoch. 4. Toto rozhodnutie bolo prijaté senátom v pomere hlasov 3:0.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https://www.kauzis.sk/judikatura/r/ECLI:SK:KSTT:2017:2016200340.6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