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Trnava sp. zn. 23Sa/12/2016 z 30. 1. 2017</w:t>
      </w:r>
    </w:p>
    <w:p>
      <w:r>
        <w:t>Uznesenie Krajského súdu Trnava z 30. januára 2017, sp. zn. 23Sa/12/2016, ECLI:SK:KSTT:2017:2016200510.1</w:t>
      </w:r>
    </w:p>
    <w:p>
      <w:r>
        <w:t>Súd: Krajský súd Trnava</w:t>
      </w:r>
    </w:p>
    <w:p>
      <w:r>
        <w:t>Spisová značka: 23Sa/12/2016</w:t>
      </w:r>
    </w:p>
    <w:p>
      <w:r>
        <w:t>ECLI: ECLI:SK:KSTT:2017:2016200510.1</w:t>
      </w:r>
    </w:p>
    <w:p>
      <w:r>
        <w:t>Dátum vydania: 30. 1. 2017</w:t>
      </w:r>
    </w:p>
    <w:p>
      <w:r>
        <w:t>Forma: Uznesenie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Trnava Spisová značka: 23Sa/12/2016 Identifikačné číslo súdneho spisu: 2016200510 Dátum vydania rozhodnutia: 31. 01. 2017 Meno a priezvisko sudcu, VSÚ: JUDr. Róbert Foltán ECLI: ECLI:SK:KSTT:2017:2016200510.1 Uznesenie Krajský súd v Trnave v právnej veci žalobcu: H. T., nar. XX.XX.XXXX, trvale bytom XXX XX C. č. XXX, právne zast.: JUDr. Milan Szöllössy, advokát so sídlom Mlynská 28, 040 01 Košice, proti žalovanej: Sociálna poisťovňa, ústredie, so sídlom Ul. 29. augusta 8, 813 63 Bratislava, o preskúmanie rozhodnutia žalovanej č. 43607-2/2016-BA zo dňa 29.06.2016, t a k t o r o z h o d o l : Súd konanie z a s t a v u j e . Po právoplatnosti tohto uznesenia bude vec postúpená Sociálnej poisťovni, ústredie. Žiaden z účastníkov konania nemá právo na náhradu trov konania. o d ô v o d n e n i e : 1. Žalobca svojim návrhom zo dňa 01.08.2016 žiadal o preskúmanie rozhodnutia žalovanej č. 43607-2/2016-BA zo dňa 29.06.2016, ktorým žalovaná podľa § 88 zákona č. 461/2003 Z. z. o sociálnom poistení v znení neskorších predpisov rozhodla, že žalobca, ktorý utrpel poškodenie zdravia v dôsledku pracovného úrazu zo dňa 22.06.2015, nemá nárok na úrazovú rentu. 2. Predmetný opravný prostriedok žalobcu zo dňa 01.08.2016 bol tunajšiemu súdu doručený dňa 03.08.2016 a smeruje proti rozhodnutiu vydanému dňa 29.06.2016. 3. Podľa § 293dp ods. 2 zákona č. 461/2003 Z. z. o sociálnom poistení, opravný prostriedok proti rozhodnutiu vydanému pred 1. júlom 2016, ktorý bol podaný v súlade s predpismi účinnými v čase vydania rozhodnutia a bol doručený súdu alebo ústrediu po 30. júni 2016, sa považuje za odvolanie podľa zákona účinného od 1. júla 2016 podané včas a riadne. 4. Podľa § 215 ods. 1 zákona č. 461/2003 Z. z. o sociálnom poistení, odvolanie sa podáva na organizačnej zložke Sociálnej poisťovne, ktorá napadnuté rozhodnutie vydala. Odvolanie proti rozhodnutiu vo veciach uvedených v § 179 ods. 1 písm. a) prvom bode až treťom bode možno podať aj v inej organizačnej zložke Sociálnej poisťovne. 5. Podľa § 217 ods. 2 zákona č. 461/2003 Z. z. o sociálnom poistení, ak o odvolaní nerozhodne organizačná zložka Sociálnej poisťovne, ktorá napadnuté rozhodnutie vydala, predloží odvolanie spolu s výsledkami doplneného konania a so spisovým materiálom odvolaciemu orgánu najneskôr do 30 dní odo dňa, keď mu odvolanie došlo. 6. Podľa § 2 ods. 1 a 2 zákona č. 125/2016 Z. z. o niektorých opatreniach súvisiacich s prijatím Civilného sporového poriadku, Civilného mimosporového poriadku a Správneho súdneho poriadku a o zmene a doplnení niektorých zákonov, rozhodnutie orgánu verejnej správy, proti ktorému bol pred 1. júlom 2016 prípustný opravný prostriedok podľa § 250l až 250sa Občianskeho súdneho poriadku, je po 1. júli 2016 možné preskúmať správnou žalobou v rozsahu a za podmienok daných Správnym súdnym poriadkom (1). Ak tento zákon alebo osobitný predpis neustanovuje inak, v neskončených konaniach začatých pred 1. júlom 2016, v ktorých o právach, právom chránených záujmoch a povinnostiach rozhoduje orgán verejnej správy, sa od 1. júla 2016 postupuje podľa právnych predpisov účinných po 1. júli 2016 (2). 7. Podľa § 6 ods. 1 zákona č. 162/2015 Z. z. Správny súdny poriadok (ďalej len „SSP“), správne súdy v správnom súdnictve preskúmavajú na základe žalôb zákonnosť rozhodnutí orgánov verejnej správy, opatrení orgánov verejnej správy a iných zásahov orgánov verejnej správy, poskytujú ochranu pred nečinnosťou orgánov verejnej správy a rozhodujú v ďalších veciach ustanovených týmto zákonom. 8. Podľa § 18 ods. 1 SSP, ak správny súd zistí, že vec nepatrí do právomoci súdov, konanie zastaví; ak možno zistiť iný orgán, do ktorého právomoci vec patrí, správny súd mu vec po zastavení konania uznesením postúpi. 9. Podľa § 18 ods. 5 SSP, právne účinky spojené s podaním žaloby alebo iného podania zostávajú pri postúpení veci zachované. 10. Súd vzhľadom na vyššie uvedené skutočnosti dospel k záveru, že v danom prípade neboli splnené podmienky na konanie o správnej žalobe žalobcu proti neprávoplatnému rozhodnutiu Sociálnej poisťovne, ústredie z dôvodu, že o opravnom prostriedku, t.j. o odvolaní v druhom stupni rozhoduje odvolací orgán príslušný podľa zákona č. 461/2003 Z. z. o sociálnom poistení. Až právoplatné rozhodnutie tohto druhostupňového správneho orgánu je preskúmateľné súdom na základe žaloby podľa ustanovenia § 199 a nasl. SSP. 11. Nedostatok právomoci súdu je nedostatok procesnej podmienky konania, ktorý nemožno odstrániť. Preto súd postupoval podľa § 18 ods. 1 SSP a konanie o preskúmaní napadnutého rozhodnutia zastavil a rozhodol, že po právoplatnosti uznesenia bude vec postúpená Sociálnej poisťovni, ústredie. 12. O náhrade trov konania súd rozhodol podľa § 170 písm. b) SSP tak, že žiaden z účastníkov konania nemá právo na náhradu trov konania, nakoľko konanie bolo zastavené. Poučenie: Proti tomuto rozhodnutiu nie je prípustná kasačná sťažnosť (§ 439 ods. 2 písm. d) SPP).</w:t>
      </w:r>
    </w:p>
    <w:p/>
    <w:p>
      <w:r>
        <w:t>Zdroj: KAUZIS.SK – https://www.kauzis.sk/judikatura/r/ECLI:SK:KSTT:2017:2016200510.1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