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20S/100/2016 z 2. 4. 2017</w:t>
      </w:r>
    </w:p>
    <w:p>
      <w:r>
        <w:t>Uznesenie Krajského súdu Trnava z 2. apríla 2017, sp. zn. 20S/100/2016, ECLI:SK:KSTT:2017:2016200640.3</w:t>
      </w:r>
    </w:p>
    <w:p>
      <w:r>
        <w:t>Súd: Krajský súd Trnava</w:t>
      </w:r>
    </w:p>
    <w:p>
      <w:r>
        <w:t>Spisová značka: 20S/100/2016</w:t>
      </w:r>
    </w:p>
    <w:p>
      <w:r>
        <w:t>ECLI: ECLI:SK:KSTT:2017:2016200640.3</w:t>
      </w:r>
    </w:p>
    <w:p>
      <w:r>
        <w:t>Dátum vydania: 2. 4. 2017</w:t>
      </w:r>
    </w:p>
    <w:p>
      <w:r>
        <w:t>Forma: Uznesenie</w:t>
      </w:r>
    </w:p>
    <w:p>
      <w:pPr>
        <w:pStyle w:val="Heading2"/>
      </w:pPr>
      <w:r>
        <w:t>Text rozhodnutia</w:t>
      </w:r>
    </w:p>
    <w:p>
      <w:r>
        <w:t>Súd: Krajský súd Trnava Spisová značka: 20S/100/2016 Identifikačné číslo súdneho spisu: 2016200640 Dátum vydania rozhodnutia: 03. 04. 2017 Meno a priezvisko sudcu, VSÚ: JUDr. Ľubomír Bundzel ECLI: ECLI:SK:KSTT:2017:2016200640.3 Uznesenie Krajský súd v Trnave, v senáte zloženom z predsedu senátu JUDr. Ľubomíra Bundzela a členov senátu JUDr. Róberta Foltána a JUDr. Ľuboslavy Vankovej, v právnej veci žalobcu: LJ TRADING, s.r.o., so sídlom ul. J. Kráľa 739/1, 905 01 Senica, IČO: 46 478 787, právne zast.: JUDr. Peter Schmidl, advokát, so sídlom Záhorácka 11/A, 901 01 Malacky, proti žalovanému: Finančné riaditeľstvo Slovenskej republiky, so sídlom Lazovná 63, 974 01 Banská Bystrica, o preskúmanie zákonnosti rozhodnutia žalovaného č. 103808073/2016 zo dňa 30. augusta 2016, t a k t o r o z h o d o l : Správny súd konanie z a s t a v u j e . Žiaden z účastníkov konania nemá právo na náhradu trov konania. o d ô v o d n e n i e : 1. Žalobou zo dňa 04.11.2016, doručenou správnemu súdu dňa 10.11.2016, sa žalobca prostredníctvom právneho zástupcu, domáha preskúmania zákonnosti rozhodnutia žalovaného č. 103808073/2016 zo dňa 30.08.2016, ktorý postupom podľa ust. § 74 ods. 4 zákona č. 563/2009 Z. z. o správe daní (daňový poriadok) a o zmene a doplnení niektorých zákonov v znení neskorších predpisov (ďalej len „zákon č. 563/2009 Z. z.“) potvrdil prvostupňové rozhodnutie Daňového úradu Trnava číslo 103340612/2016 zo dňa 14.06.2016, ktorým Daňový úrad Trnava podľa ust. § 68 ods. 5 zákona č. 563/2009 Z. z. vyrubil daňovému subjektu (žalobca) rozdiel dane z pridanej hodnoty za zdaňovacie obdobie marec 2013 v sume 20.606,10 Eur. 2. Krajský súd v Trnave výzvou zo dňa 08.02.2017, ktorá bola doručená právnemu zástupcovi žalobcu dňa 20.02.2017,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02.03.2017.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08.02.2017,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https://www.kauzis.sk/judikatura/r/ECLI:SK:KSTT:2017:2016200640.3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