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20S/109/2016 z 7. 11. 2017</w:t>
      </w:r>
    </w:p>
    <w:p>
      <w:r>
        <w:t>Rozsudok Krajského súdu Trnava z 7. novembra 2017, sp. zn. 20S/109/2016, ECLI:SK:KSTT:2017:2016200664.2</w:t>
      </w:r>
    </w:p>
    <w:p>
      <w:r>
        <w:t>Súd: Krajský súd Trnava</w:t>
      </w:r>
    </w:p>
    <w:p>
      <w:r>
        <w:t>Spisová značka: 20S/109/2016</w:t>
      </w:r>
    </w:p>
    <w:p>
      <w:r>
        <w:t>ECLI: ECLI:SK:KSTT:2017:2016200664.2</w:t>
      </w:r>
    </w:p>
    <w:p>
      <w:r>
        <w:t>Dátum vydania: 7. 11. 2017</w:t>
      </w:r>
    </w:p>
    <w:p>
      <w:r>
        <w:t>Forma: Rozsudok</w:t>
      </w:r>
    </w:p>
    <w:p>
      <w:r>
        <w:t>Oblasť práva: Správne právo</w:t>
      </w:r>
    </w:p>
    <w:p>
      <w:pPr>
        <w:pStyle w:val="Heading2"/>
      </w:pPr>
      <w:r>
        <w:t>Text rozhodnutia</w:t>
      </w:r>
    </w:p>
    <w:p>
      <w:r>
        <w:t>Súd: Krajský súd Trnava Spisová značka: 20S/109/2016 Identifikačné číslo súdneho spisu: 2016200664 Dátum vydania rozhodnutia: 08. 11. 2017 Meno a priezvisko sudcu, VSÚ: JUDr. Ľubomír Bundzel ECLI: ECLI:SK:KSTT:2017:2016200664.2 ROZSUDOK V MENE SLOVENSKEJ REPUBLIKY Krajský súd v Trnave v senáte zloženom z predsedu senátu JUDr. Ľubomíra Bundzela a členov senátu JUDr. Róberta Foltána a JUDr. Ľuboslavy Vankovej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103885862/2016 zo dňa 12.9.2016 jednohlasne takto r o z h o d o l : I. Súd napadnuté rozhodnutie žalovaného Finančného riaditeľstva Slovenskej republiky č. 103885862/2016 zo dňa 12.9.2016 a rozhodnutie Daňového úradu Trnava č. 103371696/2016 zo dňa 20.6.2016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103885862/2016 zo dňa 12.9.2016, ktorým žalovaný ako druhostupňový správny orgán potvrdil prvostupňové rozhodnutie Daňového úradu Trnava č. 103371696/2016 zo dňa 20.6.2016, ktorým bol žalobcovi podľa § 68 ods. 5 zák.č. 563/2009 Z.z. o správe daní a o zmene a doplnení niektorých zákonov vyrubený rozdiel dane v sume 25 917,04 eur na dani z pridanej hodnoty za zdaňovacie obdobie august 2008. 2. Vzhľadom k tomu, že Krajský súd v Trnave už prejednával v iných konaniach pod sp.zn.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sp.zn. 14S/73/2016 zo dňa 13.7.2017,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