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20S/110/2016 z 26. 4. 2017</w:t>
      </w:r>
    </w:p>
    <w:p>
      <w:r>
        <w:t>Uznesenie Krajského súdu Trnava z 26. apríla 2017, sp. zn. 20S/110/2016, ECLI:SK:KSTT:2017:2016200667.1</w:t>
      </w:r>
    </w:p>
    <w:p>
      <w:r>
        <w:t>Súd: Krajský súd Trnava</w:t>
      </w:r>
    </w:p>
    <w:p>
      <w:r>
        <w:t>Spisová značka: 20S/110/2016</w:t>
      </w:r>
    </w:p>
    <w:p>
      <w:r>
        <w:t>ECLI: ECLI:SK:KSTT:2017:2016200667.1</w:t>
      </w:r>
    </w:p>
    <w:p>
      <w:r>
        <w:t>Dátum vydania: 26. 4. 2017</w:t>
      </w:r>
    </w:p>
    <w:p>
      <w:r>
        <w:t>Forma: Uznesenie</w:t>
      </w:r>
    </w:p>
    <w:p>
      <w:pPr>
        <w:pStyle w:val="Heading2"/>
      </w:pPr>
      <w:r>
        <w:t>Text rozhodnutia</w:t>
      </w:r>
    </w:p>
    <w:p>
      <w:r>
        <w:t>Súd: Krajský súd Trnava Spisová značka: 20S/110/2016 Identifikačné číslo súdneho spisu: 2016200667 Dátum vydania rozhodnutia: 27. 04. 2017 Meno a priezvisko sudcu, VSÚ: JUDr. Róbert Foltán ECLI: ECLI:SK:KSTT:2017:2016200667.1 Uznesenie Krajský súd v Trnave, v senáte zloženom z predsedu senátu JUDr. Róberta Foltána a členov senátu JUDr. Ľuboslavy Vankovej a JUDr. Ľubomíra Bundzela, v právnej veci žalobcu: Ján Brocka BROCKA, s miestom podnikania Svätopeterská 66, 920 01 Hlohovec, IČO: 33 429 707, právne zast.: Advokátska kancelária MCL, s.r.o., so sídlom Mostová 2, 811 02 Bratislava, IČO: 50 074 369, proti žalovanému: Finančné riaditeľstvo Slovenskej republiky, so sídlom Lazovná 63, 974 01 Banská Bystrica, o preskúmanie zákonnosti rozhodnutia žalovaného číslo 103884340/2016 zo dňa 12.09.2016, o návrhu žalobcu na priznanie odkladného účinku správnej žalobe, t a k t o r o z h o d o l : Správny súd p r i z n á v a správnej žalobe odkladný účinok, a to až do právoplatného rozhodnutia správneho súdu vo veci samej vedenej na Krajskom súde v Trnave pod sp. zn. 20S/110/2016. o d ô v o d n e n i e : 1. Žalobou zo dňa 21.11.2016, doručenou súdu dňa 23.11.2016, sa žalobca domáhal preskúmania zákonnosti rozhodnutia žalovaného č. 103884340/2016 zo dňa 12.09.2016, ktorý postupom podľa ust. § 74 ods. 4 zákona č. 563/2009 Z. z. o správe daní (daňový poriadok) a o zmene a doplnení niektorých zákonov (ďalej len „zákon č. 563/2009 Z. z.“) potvrdil prvostupňové rozhodnutie Daňového úradu Trnava číslo 103371816/2016 zo dňa 20.06.2016, ktorým Daňový úrad Trnava podľa ust. § 68 ods. 5 zákona č. 563/2009 Z. z. vyrubil daňovému subjektu (žalobca) rozdiel dane v sume 36.914,12 Eur na dani z pridanej hodnoty za zdaňovacie obdobie október 2008. 2. Žalobca podaním zo dňa 30.03.2017, doručeným súdu dňa 03.04.2017, požiadal o priznanie odkladného účinku správnej žalobe, pričom v tejto súvislosti dôvodil predovšetkým tým, že celková suma rozdielu dane, ktorá bola žalobcovi za rok 2008 vyrubená, predstavuje 286.149,93 Eur. Zároveň uviedol, že v prípade, ak Daňový úrad Trnava začne na podklade prvostupňového rozhodnutia a ostatných rozhodnutí za rok 2008 ich výkon, vznikne žalobcovi závažná ujma na jeho majetku. Táto ujma je reálna, keďže žiadne ustanovenie zákona nebráni prvostupňové rozhodnutie vykonať, napr. prostredníctvom daňovej exekúcie. Podľa žalobcu by bol žalobca, vzhľadom na výšku uloženej pokuty, v prípade vykonania prvostupňového rozhodnutia s najväčšou pravdepodobnosťou nútený ukončiť všetky svoje podnikateľské aktivity, aj vzhľadom na skutočnosť, že výška prípadného daňového nedoplatku na dani z pridanej hodnoty prevyšuje hodnotu celého majetku žalobcu. Žalobca má vo výlučnom vlastníctve len nehnuteľný majetok zapísaný na liste vlastníctva č. XXXX vedený Okresným úradom Hlohovec, katastrálnym odborom, ktorý sa nachádza v katastrálnom území C., obec C., okres Hlohovec a ktorý je v súčasnej dobe zaťažený záložným právom zriadeným v prospech Daňového úradu Trnava. Vykonaním prvostupňového rozhodnutia a ostatných rozhodnutí napadnutých správnymi žalobami je pravdepodobné, že žalobca sa stane neschopný splácať svoje splatné záväzky viacerým veriteľom, a teda mu bezprostredne hrozí platobná neschopnosť a povinnosť podať návrh na vyhlásenie konkurzu na jeho majetok v súlade s § 11 ods. 2 zákona č. 7/2005 Z. z. o konkurze a reštrukturalizácii v znení neskorších predpisov. Z uvedených dôvodov sa žalobca domnieva, že sú dané dôvody na priznanie odkladného účinku žaloby, keďže akýmkoľvek ďalším výkonom rozhodnutia žalovaného a prvostupňového rozhodnutia hrozí žalobcovi a odvodene jeho veriteľom závažná ujma, resp. zastavenie podnikateľskej činnosti žalobcu. 3. Žalovaný sa k návrhu žalobcu na priznanie odkladného účinku správnej žalobe vyjadril tak, že navrhol, aby súd zamietol návrh žalobcu na priznanie odkladného účinku správnej žaloby, pretože žalovaný považuje žalobu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Správny súd na základe dôvodov uvedených v žalobcom podanom návrhu na priznanie odkladného účinku správnej žalobe a s prihliadnutím na uloženie platobnej povinnosti v relatívne značnej výške 36.914,12 Eur dospel k záveru, že v danom prípade sú splnené podmienky pre priznanie odkladného účinku správnej žalobe v zmysle ust. § 185 písm. a) SSP, nakoľko rozhodnutie žalovaného o uložení platobnej povinnosti v relatívne značnej výške 36.914,12 Eur možno bez ďalšieho považovať za rozhodnutie, okamžitým výkonom ktorého by žalobcovi hrozila závažná ujma predpokladaná procesným predpisom, preto návrhu žalobcu vyhovel tak, ako je uvedené vo výrokovej časti tohto uznesenia. 9.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https://www.kauzis.sk/judikatura/r/ECLI:SK:KSTT:2017:2016200667.1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