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20S/81/2014 z 23. 1. 2018</w:t>
      </w:r>
    </w:p>
    <w:p>
      <w:r>
        <w:t>Rozsudok Krajského súdu Trnava z 23. januára 2018, sp. zn. 20S/81/2014, ECLI:SK:KSTT:2018:2014200749.3</w:t>
      </w:r>
    </w:p>
    <w:p>
      <w:r>
        <w:t>Súd: Krajský súd Trnava</w:t>
      </w:r>
    </w:p>
    <w:p>
      <w:r>
        <w:t>Spisová značka: 20S/81/2014</w:t>
      </w:r>
    </w:p>
    <w:p>
      <w:r>
        <w:t>ECLI: ECLI:SK:KSTT:2018:2014200749.3</w:t>
      </w:r>
    </w:p>
    <w:p>
      <w:r>
        <w:t>Dátum vydania: 23. 1. 2018</w:t>
      </w:r>
    </w:p>
    <w:p>
      <w:r>
        <w:t>Forma: Rozsudok</w:t>
      </w:r>
    </w:p>
    <w:p>
      <w:r>
        <w:t>Oblasť práva: Správne právo</w:t>
      </w:r>
    </w:p>
    <w:p>
      <w:pPr>
        <w:pStyle w:val="Heading2"/>
      </w:pPr>
      <w:r>
        <w:t>Text rozhodnutia</w:t>
      </w:r>
    </w:p>
    <w:p>
      <w:r>
        <w:t>Súd: Krajský súd Trnava Spisová značka: 20S/81/2014 Identifikačné číslo súdneho spisu: 2014200749 Dátum vydania rozhodnutia: 24. 01. 2018 Meno a priezvisko sudcu, VSÚ: JUDr. Róbert Foltán ECLI: ECLI:SK:KSTT:2018:2014200749.3 ROZSUDOK V MENE SLOVENSKEJ REPUBLIKY Krajský súd v Trnave v senáte zloženom z predsedu senátu JUDr. Róberta Foltána a sudcov JUDr. Ľubomíra Bundzela a Mgr. Moniky Kadlicovej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č.1100306/1/348459/2014/4779 zo dňa 31. júla 2014 takto r o z h o d o l : I. Súd rozhodnutie Finančného riaditeľstva Slovenskej republiky č. 1100306/1/348459/2014/4779 zo dňa 31.07.2014 z r u š u j e a vec mu vracia na ďalšie konanie. II. Žalobcovi sa priznáva právo na náhradu trov konania v celom rozsahu. o d ô v o d n e n i e : 1. Žalobca sa v konaní domáhal preskúmania zákonnosti a zrušenia rozhodnutia žalovaného č.1100306/1/348459/2014/4779 zo dňa 31.07.2014, ktorým bolo podľa ust. § 74 ods. 4 zák. č. 563/2009 Z.z. o správe daní a o zmene a doplnení niektorých zákonov (ďalej len „Daňový poriadok") potvrdené rozhodnutie Daňového úradu Trnava č. 9211401/5/541503/2014 zo dňa 10.02.2014 o vyrubení rozdielu dane vo výške 11 043,04 eur na dani z pridanej hodnoty za zdaňovacie obdobie máj 2011, vydané podľa § 68 ods. 5 Daňového poriadku. 2.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až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3.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túto písomnosť považuje za bezpredmetnú, nakoľko daňový subjekt ako platiteľ dane z pridanej hodnoty má povinnosť doručovať podania elektronickými prostriedkami, pričom žalobca túto povinnosť nerešpektoval a vyjadrenie k Protokolu spôsobom predpísaným zákonom nepodal. Na základe tohto záveru správca dane bez ústneho pojednávania, na ktorom by pripomienky žalobcu prerokoval, vydal prvostupňové rozhodnutie. 4. Podľa názoru žalobcu správca dane bol povinný sa predmetným podaním zaoberať a podľa ustanovenia § 13 ods. 8 Daňového poriadku ho prípadne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svojim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ustanovenia § 14 Daňového poriadku s Ústavou SR, konkrétne s jej čl.19 ods. 2, čl. 20, v spojení s čl.12 ods. 1 a 2 a čl. 13 ods. 4. 5. Za porušenie práva na spravodlivé konanie garantovaného čl. 48 ods. 2 Ústavy SR označil žalobca aj skutočnosť, že v jeho veci nerozhodoval nestranný a objektívny orgán, čím bolo porušené ust. § 60 ods. 1 a 2 Daňového poriadku, pretože verejné výroky plk. Ing. J. K.,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J. K.,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ustanovenia § 60 ods. 2 Daňového poriadku je právom daňového subjektu, aby v prípade druhostupňového konania konal nestranný orgán aj vo vzťahu k zamestnancom zúčastňujúcim sa rozhodovania na prvom stupni. 6. Žalobca namietal aj nerešpektovanie maximálnej dĺžky trvania daňovej kontroly, ktorá bola prerušená od 12.04.2013, napriek čomu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7.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8.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osobe.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ustanovenia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v zmysle ktorého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9.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10. Žalobca namietal porušenie svojich práv i pri výsluchu svedka I. W.,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11. Žalovaný vo svojom písomnom vyjadrení k veci navrhol žalobu ako nedôvodnú zamietnuť. 12. K námietke týkajúcej sa nesprávne zisteného skutkového stavu uviedol, že správca dane počas daňovej kontroly viedol dokazovanie v súlade s ustanovením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13. K námietke porušenia čl.48 ods. 2 Ústavy SR a ustanovenia § 46 ods. 5 Daňového poriadku uviedol, že žalobca bol riadne oboznámený s pochybnosťami správcu dane a bola mu poskytnutá možnosť vyjadriť sa ku všetkým zistením skutočnostiam, vysvetliť nejasnosti a pravdivosť údajov riadne preukázať. Ustanovenie § 46 ods. 5 Daňového poriadku neustanovuje formu, akú má mať oboznámenie daňového subjektu o vzniknutých pochybnostiach správcu dane, bolo tak urobené vo výzve na vyjadrenie sa k pochybnostiam, ktorej predchádza samotné oboznámenie sa s nimi, pričom táto zákonná podmienka splnená bola. 14.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ustanoveniami § 49 a § 51 zákona o dani z pridanej hodnoty. 15. K protiústavnosti elektronického doručovania upraveného v § 14 Daňového poriadku žalovaný s odkazom na ustanovenie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16.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17. K námietke žalobcu vzťahujúcej sa k zaujatosti osôb z prostredia Finančnej správy SR žalovaný uviedol, že uvedená námietka nebola súčasťou odvolacieho konania a nesúvisí s uplatneným právom žalobcu na odpočítanie dane z pridanej hodnoty. 18.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ustanovenia § 2 písm. a) Daňového poriadku a vykonávať ďalšie činnosti, pričom pojmom „ďalšia činnosť" možno rozumieť aj úkony súvisiace so zabezpečením priebehu a účelu správy daní podľa Tretej hlavy Daňového poriadku, v tomto prípade konkrétne § 19.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20.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21. K námietke žalobcu, podľa ktorej mu nebolo umožnené byť prítomný na vypočutí svedka p. W.alovaný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22. Žalobca v konaní zotrval na svojej argumentácii uvedenej v obsahu žaloby, predložil súdu opis článku s názvom „Špinavý obchod s mäsom?" publikovaný dňa 23.11.2014, organizačnú štruktúru Finančného riaditeľstva SR, ako aj zápisnicu o ústnom pojednávaní zo dňa 18.09.2014, s tým, že táto obsahuje zoznam dokladov tvoriacich spis daňového orgánu. Poukazoval na to, že v predmetnom spise absentujú aj úradné záznamy, ktoré boli žalovaným vyhotovené na preukázanie informovania žalobcu o výsluchu svedka W., zápisnice z 19.04.2014, rovnako ako vyjadrenie žalobcu k protokolu z daňovej kontroly a ďalšie doklady uvedené v zozname dokladov. 23. Krajský súd v Trnave rozsudkom 20 S/81/2014 - 103 zo dňa 10.11.2015 žalobu ako nedôvodnú zamietol a v konaní neúspešnému žalobcovi nepriznal právo na náhradu trov konania, keď preskúmal napadnuté rozhodnutie v rozsahu žalobných dôvodov, ako aj konanie a rozhodnutie prvostupňového orgánu, ktoré mu predchádzalo, a dospel k záveru, že rozhodnutie je zákonné, vecne správne, vychádza zo spoľahlivo zisteného skutkového stavu, ktorý je v zhode s obsahom pripojeného administratívneho spisu, na zistenia boli aplikované správne právne predpisy a v konaní neboli porušené práva žalobcu. 24. Tento rozsudok bol v dôsledku odvolania žalobcu zrušený uznesením Najvyššieho súdu Slovenskej republiky sp. zn. 5 Sžf/15/2016 zo dňa 30.05.2017, v ktorom odvolací súd (okrem iného) konštatoval, že bez úplnej spisovej dokumentácie nie je možné posúdiť vecnú stránku rozhodnutia - skutkovú a právnu, pričom súd prvého stupňa vo veci rozhodol bez toho, aby mal k dispozícii a oboznámil sa so všetkými podkladmi, na základe ktorých bolo žalobou napadnuté rozhodnutie vydané. V tejto súvislosti sa podľa zistenia odvolacieho súdu v predloženom administratívnom spise nenachádza doklad o tom, kedy bolo rozhodnutie správcu dane z 12.04.2013 o prerušení daňovej kontroly doručené žalobcovi, ani žiadosť správcu dane o medzinárodnú výmenu informácií č. 9211401/5/1394948/2013/Sme a odpoveď na túto žiadosť, preto nie je možné zistiť, kedy reálne došlo k prerušeniu daňovej kontroly, ani posúdiť či boli splnené zákonné podmienky pre prerušenie kontroly a kedy dôvody jej prerušenia pominuli. Obdobne sa podľa zistenia odvolacieho súdu v spise nenachádzajú žiadosti správcu dane o medzinárodnú výmenu informácií č. 9211401/5/2837376/2012/Mod a č. 9211401/5/3826913/2013/Mod a odpovede na tieto žiadosti, zápisnice z pojednávaní vykonaných dňa 19.04.2013, oznámenie správcu dane č. 9211401/5/214830/2013/Sme zo dňa 20.01.2014 týkajúce sa bezpredmetnosti písomného vyjadrenia žalobcu k protokolu z daňovej kontroly, ako ani samotné vyjadrenie žalobcu k protokolu z daňovej kontroly a úradný záznam z 15.01.2013 o postupe správcu dane pri výsluchu svedka L. W.. 25. V ďalšom konaní prejednal súd vec v neprítomnosti žalovaného, ktorý sa pojednávania nezúčastnil napriek včasnému doručeniu predvolania a nepožiadal o jeho odročenie z dôležitého dôvodu, vypočul žalobcu, ktorý zotrval na svojej predchádzajúcej argumentácii a súdu na dokladovanie podania námietok proti protokolu z daňovej kontroly predložil svoje podania zo dňa 08.01.2014 a 23.01.2014, oznámenia správcu dane zo dňa 20.01.2014 a 10.02.2014 týkajúce sa stanoviska správcu dane k podaným námietkam, ako aj svoje podania zo dňa 26.08., 05.09. a 09.09.2014 týkajúce sa jeho požiadaviek na nahliadnutie do spisového materiálu správcu dane. 26.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27. Na podklade kontrolných zistení vydal správca dane - Daňový úrad Trnava dňa 10.02.2014 pod č. 9211401/5/541503/2014 podľa ust. 68 ods. 5 Daňového poriadku. Rozhodnutie o vyrubení rozdielu dane, ktorým vyrubil dňovému subjektu - žalobcovi rozdiel dane v sume 11 043,04 eur na dani z pridanej hodnoty za zdaňovacie obdobie máj 2011, v odôvodnení ktorého okrem iného konštatoval, že daňový subjekt v lehote stanovenej správcom dane vyjadrenie k protokolu z daňovej kontroly nepodal a že lehota na vyjadrenie k protokolu uplynula dňa 27.01.2014. 28. Na základe odvolania žalobcu žalovaný rozhodnutím č. 1100306/1/348459/2014/4779 zo dňa 31.07.2014 postupom podľa ust. § 74 ods. 4 Daňového poriadku rozhodnutie Daňového úradu Trnava o vyrubení rozdielu dane potvrdil. 29. Pre posúdenie zákonnosti postupu rozhodnutia správneho orgánu je nevyhnutné, aby súd vychádzal z administratívneho spisu žalovaného správneho orgánu. Pod pojmom spisy žalovaného správneho orgánu podľa § 250d ods. 1 O.s.p. (podľa procesného predpisu účinného od 01.07.2016 § 102 ods. 1 SSP) sa rozumie úplný, žurnalizovaný a originálny spisový materiál správneho orgánu v danej veci vrátane originálu dokladov o doručení (R66/1988). 30.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(rozhodnutie Najvyššieho súdu Slovenskej republiky sp. zn. 8 Sžf 41/2011). 31.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(2Sžo/158/2010). 32. V danom prípade súd v súlade s námietkou žalobcu zistil, že žalovaným predložený administratívny spis neobsahuje všetky doklady tvoriace spis daňového subjektu tak, ako bol tento obsah zaznamenaný v zápisnici o ústnom pojednávaní zo dňa 18.09.2014 č. 9211401/5/4191933/2014, pričom tieto nedostatky neboli žalovaným správnym orgánom odstránené ani na základe stanoviska Najvyššieho súdu Slovenskej republiky, ktorý vo svojom rozsudku súdu prvého stupňa zrušujúcom uznesenie zo dňa 30.05.2017 neúplnosť spisovej dokumentácie označil za prekážku posúdenia vecnej stránky rozhodnutia. 33. V neposlednom rade administratívny spis správneho orgánu neobsahuje vyjadrenie žalobcu k protokolu o daňovej kontrole, na podanie ktorého v lehote 30 dní správca dane sám žalobcu v súlade s ustanovením § 46 ods. 8 Daňového poriadku vyzval, ako ani komunikáciu účastníkov týkajúcu sa tohto podania (oznámenia správcu dane zo dňa 20.01.2014 a 10.02.2014 adresované žalobcovi o bezpredmetnosti a právnej neúčinnosti jeho podania, upozornenie žalobcu zo dňa 23.01.2014, ktoré súdu v konaní predložil žalobca). 34.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35.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36.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/nezaradiť ho do spisu, prípadne ho skartovať?/. 37.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(§13 ods. 10 v spojení s ods. 8 a 9) s účinnosťou od 01.01.2016 ukladajúcu daňovému orgánu povinnosť vyzvať daňový subjekt k odstráneniu nedostatkov podania a poučiť ho o následkoch nerešpektovania výzvy, možno označiť bez ďalšieho za odporujúci zásadám daňového konania. 38. Z vyššie uvádzaných dôvodov súd napadnuté rozhodnutie žalovaného ako nepreskúmateľné pre neúplnosť spisov správneho orgánu v priamej súvislosti s nedostatkom opory jeho skutkových zistení v obsahu administratívneho spisu a súčasne pre podstatné porušenie ustanovení o konaní pred orgánom verejnej správy, ktoré mohlo mať za následok vydanie nezákonného rozhodnutia (v súvislosti s neprihliadaním správneho orgánu k vyjadreniu žalobcu k obsahu protokolu z daňovej kontroly), podľa § 191 ods. 1 písm. d), písm. f) a písm. g) SSP (zákon č.162/2015 Z.z.) v spojení s § 491 ods.1 SSP zrušil a vec mu vrátil na ďalšie konanie v naznačenom smere. 39. V konaní úspešnému žalobcovi súd priznal právo na náhradu trov konania podľa § 167 ods.1 SSP, s tým, že o výške náhrady podľa § 175 ods. 2 SSP bude rozhodnuté po právoplatnosti rozhodnutia vo veci samej samostatným uznesením. 40. Toto rozhodnutie bolo prijaté senátom Krajského súdu v Trnave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https://www.kauzis.sk/judikatura/r/ECLI:SK:KSTT:2018:2014200749.3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