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44Sa/30/2016 z 5. 8. 2018</w:t>
      </w:r>
    </w:p>
    <w:p>
      <w:r>
        <w:t>Rozsudok Krajského súdu Trnava z 5. augusta 2018, sp. zn. 44Sa/30/2016, ECLI:SK:KSTT:2018:2016200657.3</w:t>
      </w:r>
    </w:p>
    <w:p>
      <w:r>
        <w:t>Súd: Krajský súd Trnava</w:t>
      </w:r>
    </w:p>
    <w:p>
      <w:r>
        <w:t>Spisová značka: 44Sa/30/2016</w:t>
      </w:r>
    </w:p>
    <w:p>
      <w:r>
        <w:t>ECLI: ECLI:SK:KSTT:2018:2016200657.3</w:t>
      </w:r>
    </w:p>
    <w:p>
      <w:r>
        <w:t>Dátum vydania: 5. 8. 2018</w:t>
      </w:r>
    </w:p>
    <w:p>
      <w:r>
        <w:t>Forma: Rozsudok</w:t>
      </w:r>
    </w:p>
    <w:p>
      <w:pPr>
        <w:pStyle w:val="Heading2"/>
      </w:pPr>
      <w:r>
        <w:t>Text rozhodnutia</w:t>
      </w:r>
    </w:p>
    <w:p>
      <w:r>
        <w:t>Súd: Krajský súd Trnava Spisová značka: 44Sa/30/2016 Identifikačné číslo súdneho spisu: 2016200657 Dátum vydania rozhodnutia: 06. 08. 2018 Meno a priezvisko sudcu, VSÚ: JUDr. Pavol Laczo ECLI: ECLI:SK:KSTT:2018:2016200657.3 ROZSUDOK V MENE SLOVENSKEJ REPUBLIKY Krajský súd v Trnave, v konaní pred sudcom JUDr. Pavlom Laczom, v právnej veci navrhovateľa: T. X., nar. XX. U. XXXX, bytom Y. XX, XXX XX L., proti odporcovi: Sociálna poisťovňa, ústredie, so sídlom Ul. 29. augusta č.8, 813 63 Bratislava, o preskúmanie zákonnosti rozhodnutia odporkyne č. XXX XXX XXXX X zo dňa 19. mája 2016, takto r o z h o d o l : Krajský súd napadnuté rozhodnutie odporkyne Sociálnej poisťovne - ústredie Bratislava zo dňa 19.05.2016 č. XXX XXX XXXX X p o t v r d z u j e. Navrhovateľovi súd nárok na náhradu trov konania n e p r i z n á v a. o d ô v o d n e n i e : 1. Napadnutým rozhodnutím odporkyne sp. zn. XXX XXX XXXX X zo dňa 19. mája 2016 bola navrhovateľovi znížená suma invalidného dôchodku od 10. júla 2016 na 163,20 Eur v zmysle § 73, § 112 ods. 4, 6 a § 82 zákona č. 461/2003 Z.z. 2. Svoje rozhodnutie odporkyňa odôvodnila tým, že podľa posudku posudkového lekára Sociálnej poisťovne, pobočka O. zo dňa 10. mája 2016 bola u navrhovateľa zmenená výška miery poklesu schopnosti vykonávať zárobkovú činnosť z 60% na 50% a z tohto dôvodu došlo aj k zníženiu sumy invalidného dôchodku. 3. Proti tomuto rozhodnutiu podal navrhovateľ dňa 24.6.2016 opravný prostriedok na Sociálnu poisťovňu, ústredie, v ktorej namietal, že jeho zdravotný stav nebol náležite a zodpovedne posúdený. Uviedol, že jeho zdravotný stav sa vôbec nezlepšil, ale práve naopak tento sa neustále zhoršuje. Z uvedeného dôvodu žiadal, aby jeho zdravotný stav bol znovuposúdený posudkovým lekárom. 4. V predmetnej veci podala písomné vyjadrenie aj odporkyňa a to dňa 14.11.2016, v ktorom uviedla, že navrhovateľ žiadosťou spísanou dňa 2. októbra 2012 požiadal Sociálnu poisťovňu o priznanie invalidného dôchodku, ktorý žiadal priznať od 30. septembra 2011 a na základe tejto žiadosti bolo rozhodnutím č. XXX XXX XXXX zo dňa 11. októbra 2012 rozhodnuté o priznaní invalidného dôchodku navrhovateľovi od 30. septembra 2011, keď bola stanovená miera poklesu schopnosti vykonávať zárobkovú činnosť vo výške 60 % v porovnaní so zdravou fyzickou osobou. Následne posudkom posudkového lekára sociálneho poistenia Sociálnej poisťovne, pobočky O. zo dňa 10. mája 2016 bol zdravotný stav navrhovateľa opätovne posúdený, pričom bolo zistené, že miera poklesu schopnosti vykonávať zárobkovú činnosť bola znížená zo 60% na 50 % a z tohto dôvodu došlo teda k vydaniu nového rozhodnutia o znížení sumy invalidného dôchodku u navrhovateľa. 5. Krajský súd v predmetnej veci nariadil pojednávanie na deň 5.3.2018. 6. Na tomto pojednávaní navrhovateľ predložil súdu novú lekársku správu spolu s celou zdravotnou dokumentáciou, v ktorej bolo zo strany ortopéda konštatované, že pravá ruka navrhovateľa je nefunkčná a musí neustále používať ortézu. 7. Z uvedeného dôvodu bolo pojednávanie odročené na deň 11.6.2018 za účelom znovuposúdenia zdravotného stavu navrhovateľa, keďže na základe predloženej lekárskej správy došlo k rozporu medzi konštatáciou lekárov v tejto lekárskej správe a závermi posudkových lekárov. 8. Termín pojednávania na 11.6.2018 bol zrušený z dôvodu práceneschopnosti zákonného sudcu a bolo nariadené pojednávanie na deň 6.8.2018. 9. Na pojednávaní konanom dňa 6.8.2018 navrhovateľ uviedol, že jeho zdravotný stav sa neustále zhoršuje, chodí neustále na kontroly k MUDr. P., ktorý mu predpisuje bandáže a gély. Zhoršuje sa aj jeho stav dolnej končatiny a zároveň uviedol, že novšie lekárske správy nemá a že sa v súčasnej dobe lieči aj u pľúcneho lekára. 10. Poverená zástupkyňa odporkyne na pojednávaní uviedla, že vzhľadom na to, že navrhovateľ nepredložil súdu žiadne nové lekárske správy, pridržiava sa svojich vyjadrení a žiada napadnuté rozhodnutie ako vecne správne potvrdiť. 11. Podľa § 70 zákona č.461/2003 Z.z. o sociálnom poistení Podmienky nároku na invalidný dôchodok (1) Poistenec má nárok na invalidný dôchodok, ak sa stal invalidný, získal počet rokov dôchodkového poistenia uvedený v § 72 a ku dňu vzniku invalidity nespĺňa podmienky nároku na starobný dôchodok alebo mu nebol priznaný predčasný starobný dôchodok. (2) Fyzická osoba má nárok na invalidný dôchodok aj vtedy, ak sa stala invalidnou v období, v ktorom je nezaopatreným dieťaťom a má na území Slovenskej republiky trvalý pobyt. Nárok na invalidný dôchodok tejto fyzickej osobe vzniká najskôr odo dňa dovŕšenia 18 rokov veku. Nárok na invalidný dôchodok má aj fyzická osoba, ktorá sa stala invalidnou počas doktorandského štúdia v dennej forme, nedovŕšila 26 rokov veku a má na území Slovenskej republiky trvalý pobyt. Podľa § 73 zákona č.461/2003 Z.z. o sociálnom poistení Určenie sumy invalidného dôchodku (1) Suma invalidného dôchodku poistenca, ktorý má percentuálny pokles schopnosti vykonávať zárobkovú činnosť o viac ako 70%, sa určí ako súčin priemerného osobného mzdového bodu, obdobia dôchodkového poistenia získaného ku dňu vzniku nároku na invalidný dôchodok, ku ktorému sa pripočíta obdobie od vzniku nároku na invalidný dôchodok do dovŕšenia dôchodkového veku a aktuálnej dôchodkovej hodnoty; § 63 ods. 1 tretia veta a štvrtá veta platia rovnako. (2) Suma invalidného dôchodku poistenca, ktorý má percentuálny pokles schopnosti vykonávať zárobkovú činnosť najviac o 70%, sa určí ako súčin percentuálneho poklesu schopnosti poistenca vykonávať zárobkovú činnosť, priemerného osobného mzdového bodu, obdobia dôchodkového poistenia získaného ku dňu vzniku nároku na invalidný dôchodok, ku ktorému sa pripočíta obdobie od vzniku nároku na invalidný dôchodok do dovŕšenia dôchodkového veku, a aktuálnej dôchodkovej hodnoty; § 63 ods. 1 tretia veta a štvrtá veta platia rovnako. (3) Suma invalidného dôchodku fyzickej osoby uvedenej v § 70 ods. 2, ktorá má percentuálny pokles schopnosti vykonávať zárobkovú činnosť o viac ako 70%, sa určí ako súčin osobného mzdového bodu, obdobia dôchodkového poistenia získaného ku dňu vzniku nároku na invalidný dôchodok, ku ktorému sa pripočíta obdobie od vzniku nároku na invalidný dôchodok do dovŕšenia dôchodkového veku a aktuálnej dôchodkovej hodnoty; § 63 ods. 1 tretia veta a štvrtá veta platia rovnako. Osobný mzdový bod sa určuje na hodnotu 0,67. (4) Suma invalidného dôchodku fyzickej osoby uvedenej v § 70 ods. 2, ktorá má percentuálny pokles schopnosti vykonávať zárobkovú činnosť najviac o 70%, sa určí ako súčin percentuálneho poklesu schopnosti tejto fyzickej osoby vykonávať zárobkovú činnosť, osobného mzdového bodu, obdobia dôchodkového poistenia získaného ku dňu vzniku nároku na invalidný dôchodok, ku ktorému sa pripočíta obdobie od vzniku nároku na invalidný dôchodok do dovŕšenia dôchodkového veku a aktuálnej dôchodkovej hodnoty; § 63 ods. 1 tretia veta a štvrtá veta platia rovnako. Na určenie osobného mzdového bodu platí odsek 3 druhá veta rovnako. (5) Suma invalidného dôchodku poistenca vo veku do 20 rokov, ktorý nezískal obdobie povinného dôchodkového poistenia a bol len dobrovoľne dôchodkovo poistený menej ako jeden rok, získal obdobie dôchodkového poistenia len dodatočným zaplatením poistného podľa § 142 ods. 3 za obdobie kratšie ako jeden rok alebo získal obdobie dobrovoľného dôchodkového poistenia a obdobie dôchodkového poistenia dodatočným zaplatením poistného podľa § 142 ods. 3, ktorých celková dĺžka je kratšia ako jeden rok, a má percentuálny pokles schopnosti vykonávať zárobkovú činnosť o viac ako 70%, sa určí ako súčin osobného mzdového bodu, obdobia dôchodkového poistenia získaného ku dňu vzniku nároku na invalidný dôchodok, ku ktorému sa pripočíta obdobie od vzniku nároku na invalidný dôchodok do dovŕšenia dôchodkového veku, a aktuálnej dôchodkovej hodnoty; § 63 ods. 1 tretia veta a štvrtá veta platia rovnako. Na určenie osobného mzdového bodu platí odsek 3 druhá veta rovnako. (6) Suma invalidného dôchodku poistenca vo veku do 20 rokov, ktorý nezískal obdobie povinného dôchodkového poistenia a bol len dobrovoľne dôchodkovo poistený menej ako jeden rok, získal obdobie dôchodkového poistenia len dodatočným zaplatením poistného podľa § 142 ods. 3 za obdobie kratšie ako jeden rok alebo získal obdobie dobrovoľného dôchodkového poistenia a obdobie dôchodkového poistenia dodatočným zaplatením poistného podľa § 142 ods. 3, ktorých celková dĺžka je kratšia ako jeden rok, a má percentuálny pokles schopnosti vykonávať zárobkovú činnosť najviac o 70%, sa určí ako súčin percentuálneho poklesu schopnosti tohto poistenca vykonávať zárobkovú činnosť, osobného mzdového bodu, obdobia dôchodkového poistenia získaného ku dňu vzniku nároku na invalidný dôchodok, ku ktorému sa pripočíta obdobie od vzniku nároku na invalidný dôchodok do dovŕšenia dôchodkového veku, a aktuálnej dôchodkovej hodnoty; § 63 ods. 1 tretia veta a štvrtá veta platia rovnako. Na určenie osobného mzdového bodu platí odsek 3 druhá veta rovnako. Podľa § 112 ods. 4 a 6 zákona č.461/2003 Z.z. o sociálnom poistení Zmeny v nároku na dávku, zmeny v nároku na výplatu dávky a zmeny sumy dávky (4) Výplata dávky sa zastaví, uvoľní alebo sa dávka vypláca v nižšej sume alebo vo vyššej sume, ak sa zmenia skutočnosti rozhodujúce na nárok na výplatu dávky. (6) Dávka sa odníme, zníži alebo jej výplata sa zastaví odo dňa nasledujúceho po dni, ktorým uplynulo obdobie, za ktoré sa dávka už vyplatila. Podľa § 82 zákona č.461/2003 Z.z. o sociálnom poistení Zvyšovanie dôchodkových dávok (1) Dôchodková dávka, okrem vyrovnávacieho príplatku, vyplácaná k 1. januáru príslušného kalendárneho roka a dôchodková dávka, okrem vyrovnávacieho príplatku, priznaná od 1. januára do 31. decembra príslušného kalendárneho roka sa zvyšuje o percento medziročného rastu spotrebiteľských cien za domácnosti dôchodcov vykázaného štatistickým úradom za prvý polrok kalendárneho roka, ktorý predchádza príslušnému kalendárnemu roku. (2) Príslušný kalendárny rok je rok, v ktorom sa zvýšenie dôchodkových dávok vykonáva. Dôchodková dávka vyplácaná k 1. januáru príslušného kalendárneho roka sa zvyšuje od 1. januára príslušného kalendárneho roka a dôchodková dávka priznaná od 1. januára do 31. decembra príslušného kalendárneho roka sa zvyšuje odo dňa jej priznania. (3) Na zvýšenie dôchodkovej dávky je rozhodujúca mesačná suma dôchodkovej dávky bez jej zvýšenia na sumu minimálneho dôchodku vyplácaná ku dňu, od ktorého sa zvyšuje. 12. Po preskúmaní spisového materiálu krajský súd zistil, že na základe žiadosti navrhovateľa podanej na Sociálnu poisťovňu, pobočka L. o priznaní invalidného dôchodku dňa 2. októbra 2012 bol navrhovateľovi priznaný rozhodnutím č. XXX XXX XXXX zo dňa 11. októbra 2012 invalidný dôchodok od 30. septembra 2011, kedy bola posudkovým lekárom Sociálnej poisťovne u navrhovateľa určená miera poklesu schopnosti vykonávať zárobkovú činnosť vo výške 60%. 13. Dňa 10. mája 2016 posudkový lekár vykonal znovuposúdenie zdravotného stavu a invalidity u navrhovateľa, pričom v uvedenom posudku konštatoval, že u navrhovateľa došlo k zmene zdravotného stavu a následne aj k zníženiu miery poklesu schopnosti vykonávať zárobkovú činnosť z pôvodnej výšky 60% na 50%. Posudkový lekár určil ako rozhodujúce zdravotné postihnutie naďalej podľa Kapitoly VI. - choroby nervového systému, Oddiel B - poškodenie miechy, položka 6 - hemiparéza, písm. b) stredne ťažká, kde bola určená miera poklesu schopnosti v rozmedzí 40% až 50% na hornej hranici, t. j. na 50% a pre iné zdravotné postihnutia nebolo navrhovateľovi určené zvýšenie miery poklesu schopnosti vykonávať zárobkovú činnosť. 14. Nakoľko navrhovateľ na pojednávaní konanom dňa 5.3.2018 namietal skutočnosť, že by došlo u neho k zlepšeniu zdravotného stavu a predložil súdu lekársku správu, v ktorej bolo konštatované, že jeho pravá horná končatina je nefunkčná, súd nariadil sociálnej poisťovni vykonať znovuposúdenie jeho zdravotného stavu, pričom na základe posudku posudkového lekára Sociálnej poisťovne, ústredie zo dňa 24. apríla 2018 bolo konštatované, že od posledného posúdenia zdravotného stavu navrhovateľ neabsolvoval žiadny rehabilitačný pobyt, nedošlo u neho k zhoršeniu zdravotného stavu, naďalej pretrváva stredne ťažká hemiparéza, kde bola určená miera poklesu schopnosti podľa Kapitoly VI., B, 6b, v hornom pásme rozmedzia 40% až 50%. Posudkový lekár zotrval na záveroch predchádzajúceho posúdenia zdravotného stavu. 15. Krajský súd poukazuje na to, že pri preskúmaní napadnutého rozhodnutia je treba vychádzať zo zdravotného stavu navrhovateľa v čase vydania rozhodnutia, pričom navrhovateľ nedoložil žiadne lekárske správy ktoré by preukazovali zhoršenie jeho zdravotného stavu. V súvislosti s predloženou lekárskou správou, ktorá podľa názoru navrhovateľa mala preukazovať zhoršenie zdravotného stavu, bolo vykonané znovuposúdenie zdravotného stavu posudkovými lekármi sociálnej poisťovne, ktorí skonštatovali, že posúdenie zdravotného stavu na základe posudku ktorý bol rozhodujúci pre vydanie rozhodnutia o znížení sumy invalidného dôchodku bolo správne. 16. Krajský súd v danom prípade postupoval a rozhodoval podľa § 492 ods. 1 zákona č. 162/2015 Z.z. Správneho súdneho poriadku, podľa ktorého konania podľa tretej hlavy V. časti O.s.p. začaté predo dňom nadobudnutia účinnosti zák.č.162/2015 Z.z. sa dokončia podľa doterajších predpisov. 17. Podľa § 492 ods. 1 zák.č.162/2015 Z.z. (1) Konania podľa tretej hlavy piatej časti Občianskeho súdneho poriadku začaté predo dňom nadobudnutia účinnosti tohto zákona sa dokončia podľa doterajších predpisov. Podľa § 250m ods. 2 O.s.p. (2) Návrh sa podáva na príslušnom súde v lehote tridsiatich dní od doručenia rozhodnutia, pokiaľ osobitný zákon neustanovuje niečo iné. Návrh je podaný včas aj vtedy, ak bol podaný v lehote na orgáne, ktorý vydal rozhodnutie. Ak rozhodnutie neobsahuje poučenie o opravnom prostriedku alebo ak obsahuje nesprávne poučenie, možno ho napadnúť do šiestich mesiacov od jeho doručenia. 18. Pretože opravný prostriedok podal navrhovateľ dňa 24.6.2018 na Sociálnu poisťovňu - ústredie, ide o konanie ktoré je potrebné dokončiť podľa predpisov účinných do 30.6.2016. 19. Vzhľadom na hore uvedené skutočnosti rozhodol súd tak ako je uvedené vo výrokovej časti tohto rozsudku. 20. O trovách konania rozhodol súd podľa § 250k O.s.p., keď procesne neúspešnému navrhovateľovi nepriznal nárok na náhradu trov konania. Poučenie: Proti tomuto rozhodnutiu je možné podať odvolanie do 15 dní odo dňa doručenia prostredníctvom tohto súdu na Najvyšší súd SR. V odvolaní sa má popri všeobecných náležitostiach ( § 42 ods. 3 O.s.p.) uviesť, proti ktorému rozhodnutiu smeruje, v akom rozsahu sa napáda, v čom sa toto rozhodnutie alebo postup súdu považuje za nesprávny a čoho sa odvolateľ domáha.</w:t>
      </w:r>
    </w:p>
    <w:p/>
    <w:p>
      <w:r>
        <w:t>Zdroj: KAUZIS.SK – https://www.kauzis.sk/judikatura/r/ECLI:SK:KSTT:2018:2016200657.3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