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14S/16/2020 z 2. 9. 2020</w:t>
      </w:r>
    </w:p>
    <w:p>
      <w:r>
        <w:t>Uznesenie Krajského súdu Trnava z 2. septembra 2020, sp. zn. 14S/16/2020, ECLI:SK:KSTT:2020:2020200049.2</w:t>
      </w:r>
    </w:p>
    <w:p>
      <w:r>
        <w:t>Súd: Krajský súd Trnava</w:t>
      </w:r>
    </w:p>
    <w:p>
      <w:r>
        <w:t>Spisová značka: 14S/16/2020</w:t>
      </w:r>
    </w:p>
    <w:p>
      <w:r>
        <w:t>ECLI: ECLI:SK:KSTT:2020:2020200049.2</w:t>
      </w:r>
    </w:p>
    <w:p>
      <w:r>
        <w:t>Dátum vydania: 2. 9. 2020</w:t>
      </w:r>
    </w:p>
    <w:p>
      <w:r>
        <w:t>Forma: Uznesenie</w:t>
      </w:r>
    </w:p>
    <w:p>
      <w:pPr>
        <w:pStyle w:val="Heading2"/>
      </w:pPr>
      <w:r>
        <w:t>Text rozhodnutia</w:t>
      </w:r>
    </w:p>
    <w:p>
      <w:r>
        <w:t>Súd: Krajský súd Trnava Spisová značka: 14S/16/2020 Identifikačné číslo súdneho spisu: 2020200049 Dátum vydania rozhodnutia: 03. 09. 2020 Meno a priezvisko sudcu, VSÚ: JUDr. Pavol Laczo ECLI: ECLI:SK:KSTT:2020:2020200049.2 Uznesenie Krajský súd v Trnave, ako súd správny, v senáte zloženom z predsedu senátu JUDr. Pavla Lacza a sudcov JUDr. Anity Filovej a JUDr. Ľubomíra Bundzela, v právnej veci žalobcu: Združenie domových samospráv, o. z., so sídlom Rovniankova 1667/14, 851 02 Bratislava, P. O. BOX 218, 850 00 Bratislava, IČO: 31 820 174, proti žalovanému: Okresný úrad Trnava, odbor opravných prostriedkov, so sídlom Vajanského 2, 917 02 Trnava, o preskúmanie zákonnosti rozhodnutia žalovaného číslo OU- TT-OOP3-2019/041342-002 z 03.12.2019, o návrhu žalobcu na priznanie odkladného účinku správnej žalobe, t a k t o r o z h o d o l : Správny súd návrh žalobcu na priznanie odkladného účinku správnej žalobe z a m i e t a. o d ô v o d n e n i e : 1. Žalobou zo dňa 20.02.2020, doručenou tunajšiemu správnemu súdu elektronicky dňa 20.02.2020, sa žalobca domáha zrušenia rozhodnutia žalovaného č. OU-TT-OOP3-2019/041342-002 z 03.12.2019, ktorým žalovaný ako druhostupňový správny orgán zamietol odvolanie žalobcu a potvrdil rozhodnutie Okresného úradu Dunajská Streda, odboru starostlivosti o životné prostredie č. OU-DS- OSZP-2019/016144-18 zo dňa 23.09.2019. Uvedeným rozhodnutím prvostupňový správny orgán podľa § 29 ods. 2 zákona č. 24/2006 Z. z. o posudzovaní vplyvov na životné prostredie a o zmene a doplnení niektorých zákonov v znení neskorších predpisov (ďalej len „zákon č. 24/2006 Z. z.“) v spojení s § 46 a § 47 zákona č. 71/1967 Zb. o správnom konaní (správny poriadok) v znení neskorších predpisov rozhodol, že navrhovaná činnosť „Sklad obilia“ uvedená v predloženom zámere sa nebude posudzovať podľa zákona č. 24/2006 Z. z. a pre uvedenú činnosť je možné požiadať o povolenie podľa osobitných predpisov. Prvostupňový správny orgán ďalej v rozhodnutí uviedol podmienky, ktoré je nevyhnutné rešpektovať pri spracovaní ďalšieho stupňa dokumentácie stavby a v ďalšom procese konania o povolení činnosti podľa osobitných predpisov. 2. Žalobca okrem iného požiadal, aby súd v súlade s § 185 zákona č. 162/2015 Z. z. Správneho súdneho poriadku v znení neskorších predpisov (ďalej len „SSP“) priznal správnej žalobe odkladný účinok. Svoj návrh odôvodnil tým, že okamžitý výkon alebo právne následky, najmä rozhodnutia prvostupňového orgánu, hrozia závažnou ujmou na životnom prostredí a priznanie odkladného účinku nie je v rozpore s verejným poriadkom. 3. Žalovaný sa k žalobe a návrhu žalobcu na priznanie odkladného účinku správnej žalobe vyjadril v podaní zo dňa 03.06.2020, osobne podanom na správnom súde dňa 03.06.2020. Žalovaný s návrhom žalobcu na priznanie odkladného účinku nesúhlasí. Žalovaný má za to, že z jednotlivých stanovísk dotknutých orgánov je zrejmé, že navrhovanou činnosťou nedôjde k žiadnej ujme na životnom prostredí. 4. Podľa § 185 SSP, správny súd môže na návrh žalobcu a po vyjadrení žalovaného uznesením priznať správnej žalobe odkladný účinok, a)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verejným záujmom, b)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5. Podľa § 186 ods. 1 a ods. 2 SSP, nastúpením odkladného účinku zo zákona alebo jeho priznaním na základe rozhodnutia správneho súdu podľa § 185 sa pozastavujú účinky napadnutého rozhodnutia orgánu verejnej správy alebo opatrenia orgánu verejnej správy a takéto rozhodnutie alebo opatrenie nemôže byť podkladom na vydanie naň nadväzujúcich rozhodnutí orgánov verejnej správy alebo opatrení orgánov verejnej správy (1). Odkladný účinok zaniká právoplatnosťou rozhodnutia správneho súdu vo veci samej (2). 6. Podľa § 187 ods. 3 SSP, o návrhu žalobcu podľa § 185 rozhodne správny súd do 30 dní od doručenia vyjadrenia žalovaného k tomuto návrhu, prípadne administratívnych spisov, ak bol návrh podaný súčasne so správnou žalobou. 7. Podľa § 188 SSP, ak správny súd návrhu žalobcu nevyhovie, uznesením ho zamietne. 8. Podľa § 149 ods. 2 SSP, písomné vyhotovenie uznesenia, ktorým sa nerozhodlo vo veci samej, môže obsahovať iba stručné odôvodnenie. 9. Odkladný účinok správnej žaloby upravený v ustanoveniach § 184 až § 189 SSP predstavuje jeden z právnych inštitútov správneho súdneho konania, ktoré majú zabezpečiť efektívnu ochranu zo strany súdu, tak aby jeho rozhodnutie mohlo byť nielen formálnym, ale i materiálnym prostriedkom ochrany práv a právom chránených záujmov úspešného žalobcu. Podstatou odkladného účinku je zabezpečenie takého stavu, pri ktorom by súdom preskúmavané rozhodnutie alebo opatrenie orgánu verejnej správy nevyvolávali žiadne právne účinky, vrátane takých, ktoré by ich zrealizovaním boli považované za skonzumované. Z povahy veci je tak nesporné, že odkladný účinok má zabezpečiť materiálnu ochranu právam a oprávneným záujmom úspešného žalobcu tak, aby tento nebol dotknutý po zrušení žalobou napadnutého rozhodnutia alebo opatrenia orgánu verejnej správy žiadnymi ich účinkami alebo následkami. Odkladný účinok správnej žaloby má predbežný, zabezpečovací a dočasný charakter a predstavuje určitý ekvivalent neodkladných a zabezpečovacích opatrení v civilnom sporovom konaní a neodkladných a iných opatrení v civilnom mimosporovom konaní. Oproti týmto opatreniam podstatou odkladného účinku je „zmrazenie“ právnych následkov už existujúceho, resp. platného a právoplatného rozhodnutia alebo opatrenia orgánu verejnej správy (I. ÚS 53/2018). 10. Rozhodnutie o priznaní odkladného účinku správnej žalobe je výnimočným rozhodnutím, ktorým sa prelamujú právne účinky právoplatného rozhodnutia orgánu verejnej správy. Procesným predpokladom rozhodnutia o priznaní odkladného účinku správnej žalobe je návrh účastníka, z ktorého musí vyplývať, že okamžitým výkonom alebo inými právnymi následkami napadnutého rozhodnutia orgánu verejnej správy by hrozila závažná ujma, značná hospodárska škoda či finančná škoda, závažná ujma na životnom prostredí, prípadne iný vážny nenapraviteľný následok a priznanie odkladného účinku by nebolo v rozpore s verejným záujmom, resp.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by nebolo v rozpore so záujmom Európskej únie. Dôkazy k tomuto tvrdeniu však musí predložiť žalobca. 11. Správny súd dospel k záveru, že návrh žalobcu na priznanie odkladného účinku správnej žalobe neobsahuje dostatočné odôvodnenie existencie hrozby závažnej ujmy, značnej hospodárskej škody a ďalších bezprostredne hroziacich následkov predpokladaných v ustanovení § 185 SSP. Žalobca dôvodnosť tvrdení o hrozbe závažnej ujmy na životnom prostredí nepodložil konkrétnymi skutkovými okolnosťami, pričom len odkaz na príslušné ustanovenie Správneho súdneho poriadku je na priznanie odkladného účinku nedostačujúce. Absencia akéhokoľvek vysvetlenia odôvodňujúceho prijatie úsudku o reálnosti tvrdenej hrozby vzniku závažnej ujmy, či nedostatočná konkretizácia následkov bezprostredne hroziacich v dôsledku prípadného výkonu napadnutých rozhodnutí, súdu priznanie odkladného účinku správnej žalobe neumožňujú, preto správny súd tento procesný návrh žalobcu zamietol. 12. Toto rozhodnutie senát Krajského súdu v Trnave prijal pomerom hlasov 3:0 (§ 139 ods. 4 v spojení s § 147 ods. 2 SSP). Poučenie: Proti tomuto rozhodnutiu nie je prípustná kasačná sťažnosť (§ 439 ods. 2 písm. e) SPP).</w:t>
      </w:r>
    </w:p>
    <w:p/>
    <w:p>
      <w:r>
        <w:t>Zdroj: KAUZIS.SK – https://www.kauzis.sk/judikatura/r/ECLI:SK:KSTT:2020:2020200049.2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