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25Sd/53/2010 z 9. 1. 2012</w:t>
      </w:r>
    </w:p>
    <w:p>
      <w:r>
        <w:t>Uznesenie Krajského súdu Žilina z 9. januára 2012, sp. zn. 25Sd/53/2010, ECLI:SK:KSZA:2012:5010200218.2</w:t>
      </w:r>
    </w:p>
    <w:p>
      <w:r>
        <w:t>Súd: Krajský súd Žilina</w:t>
      </w:r>
    </w:p>
    <w:p>
      <w:r>
        <w:t>Spisová značka: 25Sd/53/2010</w:t>
      </w:r>
    </w:p>
    <w:p>
      <w:r>
        <w:t>ECLI: ECLI:SK:KSZA:2012:5010200218.2</w:t>
      </w:r>
    </w:p>
    <w:p>
      <w:r>
        <w:t>Dátum vydania: 9. 1. 2012</w:t>
      </w:r>
    </w:p>
    <w:p>
      <w:r>
        <w:t>Forma: Uznesenie</w:t>
      </w:r>
    </w:p>
    <w:p>
      <w:r>
        <w:t>Oblasť práva: Správne právo</w:t>
      </w:r>
    </w:p>
    <w:p>
      <w:pPr>
        <w:pStyle w:val="Heading2"/>
      </w:pPr>
      <w:r>
        <w:t>Text rozhodnutia</w:t>
      </w:r>
    </w:p>
    <w:p>
      <w:r>
        <w:t>Súd: Krajský súd Žilina Spisová značka: 25Sd/53/2010 Identifikačné číslo súdneho spisu: 5010200218 Dátum vydania rozhodnutia: 10. 01. 2012 Meno a priezvisko sudcu, VSÚ: Mgr. Nora Tomková ECLI: ECLI:SK:KSZA:2012:5010200218.2 Uznesenie Krajský súd v Žiline, v právnej veci navrhovateľky: N. W., rod. X., nar. XX. X. XXXX, bytom F., K. XXXX/ XX, proti odporkyni: Sociálna poisťovňa, ústredie, so sídlom Ul. 29. augusta č. 8, 813 63 Bratislava, o sirotský dôchodok, takto r o z h o d o l : Súd konanie z a s t a v u j e . Odporkyni náhradu trov konania n e p r i z n á v a . o d ô v o d n e n i e : Odporkyňa napadnutým rozhodnutím 1. č. 605 112 6785 0 z 19. novembra 2009 podľa § 49 ods. 2 písm. a), § 96 ods. 1 a 3 Zákona o sociálnom zabezpečení, § 76, § 112, § 259 Zákona o sociálnom poistení zamietla nárok navrhovateľky na výplatu sirotského dôchodku od 24. septembra 2005 do 10. júla 2007. V predmetnej veci súd rozhodol rozsudkom č. k. 25Sd/53/2010-26 dňa 3. júna 2010 - rozhodnutie odporkyne 1 č. 605 112 6785 0 z 19. novembra 2009 podľa § 250j ods. 2 písm. a), c) O.s.p. zrušil a vec vrátil odporkyni na ďalšie konanie. Proti tomuto rozsudku podala odporkyňa odvolanie. Najvyšší súd SR ako súd odvolací v konaní vedenom pod sp. zn. 9So/101/2010 uznesením zo dňa 1. augusta 2011 rozsudok Krajského súdu v Žiline z 3. júna 2010 č. k. 25Sd/53/2010-26 zrušil a vec mu vrátil na ďalšie konanie. Rozhodnutie Najvyššieho súdu SR nadobudlo právoplatnosť dňa 26. 8. 2011. Podaním doručeným súdu dňa 22. 12. 2011 oznámila navrhovateľka, že svoj návrh na preskúmanie rozhodnutia berie späť a žiada konanie zastaviť. S poukazom na dispozitívny úkon navrhovateľky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https://www.kauzis.sk/judikatura/r/ECLI:SK:KSZA:2012:5010200218.2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