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25Sd/51/2012 z 1. 5. 2012</w:t>
      </w:r>
    </w:p>
    <w:p>
      <w:r>
        <w:t>Uznesenie Krajského súdu Žilina z 1. mája 2012, sp. zn. 25Sd/51/2012, ECLI:SK:KSZA:2012:5012200152.2</w:t>
      </w:r>
    </w:p>
    <w:p>
      <w:r>
        <w:t>Súd: Krajský súd Žilina</w:t>
      </w:r>
    </w:p>
    <w:p>
      <w:r>
        <w:t>Spisová značka: 25Sd/51/2012</w:t>
      </w:r>
    </w:p>
    <w:p>
      <w:r>
        <w:t>ECLI: ECLI:SK:KSZA:2012:5012200152.2</w:t>
      </w:r>
    </w:p>
    <w:p>
      <w:r>
        <w:t>Dátum vydania: 1. 5. 2012</w:t>
      </w:r>
    </w:p>
    <w:p>
      <w:r>
        <w:t>Forma: Uznesenie</w:t>
      </w:r>
    </w:p>
    <w:p>
      <w:r>
        <w:t>Oblasť práva: Správne právo</w:t>
      </w:r>
    </w:p>
    <w:p>
      <w:pPr>
        <w:pStyle w:val="Heading2"/>
      </w:pPr>
      <w:r>
        <w:t>Text rozhodnutia</w:t>
      </w:r>
    </w:p>
    <w:p>
      <w:r>
        <w:t>Súd: Krajský súd Žilina Spisová značka: 25Sd/51/2012 Identifikačné číslo súdneho spisu: 5012200152 Dátum vydania rozhodnutia: 02. 05. 2012 Meno a priezvisko sudcu, VSÚ: Mgr. Nora Tomková ECLI: ECLI:SK:KSZA:2012:5012200152.2 Uznesenie Krajský súd v Žiline, v právnej veci navrhovateľa: E. F., nar. XX. X. XXXX, r. č.: XXXXXX/XXXX, bytom W. 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25. 10. 2011 podľa § 70 a § 71 Zákona o sociálnom poistení v znení neskorších predpisov zamietla žiadosť navrhovateľa o invalidný dôchodok zo 7. októbra 2011 (MPSZČ - 40 %). Proti tomuto rozhodnutiu podal navrhovateľ včas opravný prostriedok, nakoľko jeho zdravotný stav je zlý, veľmi ho bolia nohy, trochu prejde a už nemôže chodiť, cíti stále chlad a zimu spodok nôh a chrbtice. Žiadal o prehodnotenie jeho žiadosti, lebo nie je schopný vykonávať prácu, pretože nemôže dlhšie stáť a chodiť. Za účelom posúdenia invalidity navrhovateľa na základe konania o jeho opravnom prostriedku proti rozhodnutiu odporkyne z dôvodu neuznania invalidity vypracoval druhostupňový posudkový lekár sociálneho poistenia MUDr. B. lekársku správu zo dňa 22. februára 2012, v ktorej uviedol: v odvolacom konaní sme sa oboznámili s celou doručenou zdravotnou dokumentáciou, so všetkými predloženými odbornými nálezmi, vykonali sme vlastné vyšetrenie. Rozhodujúcim zdravotným postihnutím je naďalej polyneuropatia, EMG verifikovaná, ľahkého stupňa, s prejavmi v oblasti porúch citlivosti bez motorického deficitu, bez paretických príznakov, bez známok zníženia prekrvenia dolných končatín. Vzhľadom ku kvalifikácii hodnotíme MPSZČ na hornej hranici rozpätia, t. j. 30 %. Okrem toho prítomná dorzalgia driekového úseku, bez prítomnosti koreňového či svalového dráždenia, s hraničnou poruchou statodynamiky, ktorá ovplyvňuje schopnosť zárobkovej činnosti, preto MPSZČ navyšujeme o 10 %. Celková miera poklesu schopnosti vykonávať zárobkovú činnosť je naďalej 40 % (G62/Kap. VI., odd. A, pol. 10, bod a). Podaním doručeným súdu dňa 17. apríla 2012 oznámil navrhovateľ, že žiada konanie zastaviť.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https://www.kauzis.sk/judikatura/r/ECLI:SK:KSZA:2012:5012200152.2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