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25Sd/104/2012 z 15. 5. 2012</w:t>
      </w:r>
    </w:p>
    <w:p>
      <w:r>
        <w:t>Uznesenie Krajského súdu Žilina z 15. mája 2012, sp. zn. 25Sd/104/2012, ECLI:SK:KSZA:2012:5012200293.2</w:t>
      </w:r>
    </w:p>
    <w:p>
      <w:r>
        <w:t>Súd: Krajský súd Žilina</w:t>
      </w:r>
    </w:p>
    <w:p>
      <w:r>
        <w:t>Spisová značka: 25Sd/104/2012</w:t>
      </w:r>
    </w:p>
    <w:p>
      <w:r>
        <w:t>ECLI: ECLI:SK:KSZA:2012:5012200293.2</w:t>
      </w:r>
    </w:p>
    <w:p>
      <w:r>
        <w:t>Dátum vydania: 15. 5. 2012</w:t>
      </w:r>
    </w:p>
    <w:p>
      <w:r>
        <w:t>Forma: Uznesenie</w:t>
      </w:r>
    </w:p>
    <w:p>
      <w:r>
        <w:t>Oblasť práva: Správne právo</w:t>
      </w:r>
    </w:p>
    <w:p>
      <w:pPr>
        <w:pStyle w:val="Heading2"/>
      </w:pPr>
      <w:r>
        <w:t>Text rozhodnutia</w:t>
      </w:r>
    </w:p>
    <w:p>
      <w:r>
        <w:t>Súd: Krajský súd Žilina Spisová značka: 25Sd/104/2012 Identifikačné číslo súdneho spisu: 5012200293 Dátum vydania rozhodnutia: 16. 05. 2012 Meno a priezvisko sudcu, VSÚ: Mgr. Nora Tomková ECLI: ECLI:SK:KSZA:2012:5012200293.2 Uznesenie Krajský súd v Žiline, v právnej veci navrhovateľky: T. J., nar. XX. X. XXXX, r. č.: XXXXXX/XXXX, bytom R. XXX,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19. decembra 2011 podľa § 70 Zákona o sociálnom poistení v znení neskorších predpisov zamietla žiadosť navrhovateľky o invalidný dôchodok z 5. decembra 2011 (MPSZČ - 30 %) Proti tomuto rozhodnutiu podala navrhovateľka včas opravný prostriedok, ktorým žiadala o nové prehodnotenie posudku o invalidite, pretože s jej zdravotným stavom nie je schopná vykonávať zárobkovú činnosť. Za účelom posúdenia invalidity navrhovateľky na základe konania o jej opravnom prostriedku proti rozhodnutiu odporkyne z dôvodu neuznania invalidity vypracoval druhostupňový posudkový lekár sociálneho poistenia MUDr. T. lekársku správu dňa 26. apríla 2012, v ktorej uviedol: v odvolacom konaní sme sa oboznámili s celou doručenou zdravotnou dokumentáciou, so všetkými odbornými lekárskymi nálezmi, vykonali sme vlastné vyšetrenie. Rozhodujúcim zdravotným postihnutím je naďalej chronické poškodenie fibulárneho nervu vľavo po operácii gangliomu ľavého kolena, t. č. EMG vyšetrením verifikovaný ľahký stupeň poškodenia, preto MPSZČ je na dolnej hranici rozpätia príslušnej položky, t. j. 30 %. Ostatné ochorenia uvedené v diagnostických záveroch pri osobitnom hodnotení svojou mierou neprevyšujú rozhodujúce zdravotné postihnutie, pri hodnotení vzájomných súvislostí čiastočne ovplyvňujú schopnosť zárobkovej činnosti, preto MPSZČ zvyšujeme o 5 %. Dorzalgia je bez koreňového postihnutia s miernym funkčným obmedzením statodynamiky, pri vlastnom vyšetrení nachádzam dynamiku osového aparátu mierne postihnutú, bez prítomnosti koreňového poškodenia, nález prakticky zhodný s neurologickým vyšetrením zo dňa 12. 1. 2012, kde tiež nie je popisované poškodenie miešnych koreňov v zmysle dráždivej alebo zánikovej symptomatológie. Dňa 10. 4. 2012 navrhovateľke bolo vykonané vyšetrenie driekovej chrbtice magnetickou rezonanciou, kde taktiež nie sú popisované kompresie miešnych koreňov, preto nemožno súhlasiť s nálezom neurológa zo dňa 27. 3. a 19. 4. 2012, že u navrhovateľky je prítomná iritačná a zániková symptomatológia L5, S1 bilat. viac vľavo. Hybnosť bedrových kĺbov obojstranne je ľahko obmedzená, hybnosť kolenných kĺbov je vpravo s fyziologickým rozsahom pohybov, vľavo stredne obmedzená s hypotrofiou celej ľavej DK pre šetrenie končatiny. Uvedené ostatné ochorenia vzhľadom na klinický nález, ktorý je rozhodujúci pri posúdení, zvyšujú MPSZČ o 5 %, ako je uvedené vyššie. Celková miera poklesu schopnosti vykonávať zárobkovú činnosť je 35 % (G64/Kapitola XV., odd. G, pol. 58.5). Podaním doručeným súdu dňa 11. 5. 2012 oznámila navrhovateľka, že sa rozhodla vziať svoje odvolanie späť a nemá už záujem pokračovať v tomto konaní. S poukazom na dispozitívny úkon navrhovateľky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tieto si ani neuplatnil,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https://www.kauzis.sk/judikatura/r/ECLI:SK:KSZA:2012:5012200293.2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