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25Sd/120/2012 z 19. 6. 2012</w:t>
      </w:r>
    </w:p>
    <w:p>
      <w:r>
        <w:t>Uznesenie Krajského súdu Žilina z 19. júna 2012, sp. zn. 25Sd/120/2012, ECLI:SK:KSZA:2012:5012200352.2</w:t>
      </w:r>
    </w:p>
    <w:p>
      <w:r>
        <w:t>Súd: Krajský súd Žilina</w:t>
      </w:r>
    </w:p>
    <w:p>
      <w:r>
        <w:t>Spisová značka: 25Sd/120/2012</w:t>
      </w:r>
    </w:p>
    <w:p>
      <w:r>
        <w:t>ECLI: ECLI:SK:KSZA:2012:5012200352.2</w:t>
      </w:r>
    </w:p>
    <w:p>
      <w:r>
        <w:t>Dátum vydania: 19. 6. 2012</w:t>
      </w:r>
    </w:p>
    <w:p>
      <w:r>
        <w:t>Forma: Uznesenie</w:t>
      </w:r>
    </w:p>
    <w:p>
      <w:r>
        <w:t>Oblasť práva: Správne právo</w:t>
      </w:r>
    </w:p>
    <w:p>
      <w:pPr>
        <w:pStyle w:val="Heading2"/>
      </w:pPr>
      <w:r>
        <w:t>Text rozhodnutia</w:t>
      </w:r>
    </w:p>
    <w:p>
      <w:r>
        <w:t>Súd: Krajský súd Žilina Spisová značka: 25Sd/120/2012 Identifikačné číslo súdneho spisu: 5012200352 Dátum vydania rozhodnutia: 20. 06. 2012 Meno a priezvisko sudcu, VSÚ: Mgr. Nora Tomková ECLI: ECLI:SK:KSZA:2012:5012200352.2 Uznesenie Krajský súd v Žiline, v právnej veci navrhovateľa: Ing. X. X., nar. XX. XX. XXXX, r. č.: XXXXXX/XXXX, bytom E., K. XXX/XX, proti odporkyni: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X zo dňa 15. 3. 2012 podľa § 65 a § 274 ods. 1 Zákona o sociálnom poistení v znení zákona č. 555/2007 Z. z. zamietla žiadosť navrhovateľa o starobný dôchodok k 14. decembru 2010. Proti tomuto rozhodnutiu podal navrhovateľ včas opravný prostriedok, v ktorom uviedol, že vzhľadom na to, že zákon č. 461/2003 Z. z., podľa ktorého žiada o priznanie starobného dôchodku, zachováva nároky zo zvýhodnených kategórií do roku 2023, zastáva názor, že jeho ust. § 274 ods. 1 je bezvýnimočné a vzťahuje sa aj na jeho nárok na starobný dôchodok. Z uvedeného dôvodu žiadal, aby mi bol starobný dôchodok priznaný. Podaním doručeným súdu dňa 15. júna 2012 oznámil navrhovateľ, že berie svoj návrh proti rozhodnutiu odporkyne o starobný dôchodok z dôvodu, že už nemá záujem pokračovať v tomto konaní späť.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https://www.kauzis.sk/judikatura/r/ECLI:SK:KSZA:2012:5012200352.2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