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24Sd/172/2012 z 30. 9. 2012</w:t>
      </w:r>
    </w:p>
    <w:p>
      <w:r>
        <w:t>Uznesenie Krajského súdu Žilina z 30. septembra 2012, sp. zn. 24Sd/172/2012, ECLI:SK:KSZA:2012:5012200536.1</w:t>
      </w:r>
    </w:p>
    <w:p>
      <w:r>
        <w:t>Súd: Krajský súd Žilina</w:t>
      </w:r>
    </w:p>
    <w:p>
      <w:r>
        <w:t>Spisová značka: 24Sd/172/2012</w:t>
      </w:r>
    </w:p>
    <w:p>
      <w:r>
        <w:t>ECLI: ECLI:SK:KSZA:2012:5012200536.1</w:t>
      </w:r>
    </w:p>
    <w:p>
      <w:r>
        <w:t>Dátum vydania: 30. 9. 2012</w:t>
      </w:r>
    </w:p>
    <w:p>
      <w:r>
        <w:t>Forma: Uznesenie</w:t>
      </w:r>
    </w:p>
    <w:p>
      <w:r>
        <w:t>Oblasť práva: Správne právo</w:t>
      </w:r>
    </w:p>
    <w:p>
      <w:pPr>
        <w:pStyle w:val="Heading2"/>
      </w:pPr>
      <w:r>
        <w:t>Text rozhodnutia</w:t>
      </w:r>
    </w:p>
    <w:p>
      <w:r>
        <w:t>Súd: Krajský súd Žilina Spisová značka: 24Sd/172/2012 Identifikačné číslo súdneho spisu: 5012200536 Dátum vydania rozhodnutia: 01. 10. 2012 Meno a priezvisko sudcu, VSÚ: JUDr. Zuzana Jančárová ECLI: ECLI:SK:KSZA:2012:5012200536.1 Uznesenie Krajský súd v Žiline, v právnej veci navrhovateľky: G. J., nar. XX. X. XXXX, r. č.: XXXXXX/XXXX, bytom N. XXX, N., proti odporkyni: Sociálna poisťovňa, ústredie, so sídlom Ul. 29. augusta č. 8, 813 63 Bratislava, o invalidný dôchodok, v konaní o opravnom prostriedku podanom navrhovateľkou proti rozhodnutiu odporkyne č. XXX XXX XXXX zo dňa 8. marca 2012, takto r o z h o d o l : Súd konanie z a s t a v u j e . Odporkyni náhradu trov konania n e p r i z n á v a . o d ô v o d n e n i e : Napadnutým rozhodnutím č. XXX XXX XXXX zo dňa 8. 3. 2012 odporkyňa podľa ust. § 112 ods. 2 a ods. 6 a ust. § 37 ods. 3 zákona č. 100/1988 zb. o sociálnom zabezpečení v znení neskorších predpisov odňala navrhovateľke od 6. apríla 2012 čiastočný invalidný dôchodok. Proti tomuto rozhodnutiu podala navrhovateľka opravný prostriedok zo dňa 17.4.2012, ktorý bol doručený odporkyni dňa 23. 4. 2012. Žiadala o nové posúdenie jej dlhodobo nepriaznivého zdravotného stavu. Uvedený opravný prostriedok navrhovateľky bol dňa 17. 7. 2012 predložený odporkyňou Krajskému súdu v Žiline na rozhodnutie. Odporkyňa prostredníctvom svojho posudkového lekára sociálneho poistenia MUDr. H. T. dňa 10. júla 2012 opätovne posúdila zdravotný stav navrhovateľky a v lekárskej správe - posudku zo dňa 10. júla 2012 lekár konštatoval, že navrhovateľka už nie je čiastočne invalidná podľa ust. § 37 ods. 3 písm. b) zákona č. 100/1988Zb., lebo jej telesné alebo duševné schopnosti sú dostatočné na vykonávanie sústavného zamestnania bez osobitne uľahčených pracovných podmienok a nemá značne sťažené všeobecné životné podmienky. Na pojednávaní konanom dňa 1. 10. 2012 na Krajskom súde v Žiline sa navrhovateľka s poukazom na posudkové závery druhostupňového posudkového lekára rozhodla svoj opravný prostriedok, proti napadnutému rozhodnutiu odporkyne, vziať späť a súhlasila so zastavením konania. Poverená pracovníčka odporkyne vzhľadom na dispozitívny úkon navrhovateľky nemala námietky voči zastaveniu konania. Rozhodovanie o opravných prostriedkoch proti rozhodnutiam správnych orgánov je upravené v tretej hlave piatej časti Občianskeho súdneho poriadku (konkrétne v ust. § 250l - § 250s O.s.p.). Podľa ust. § 250l ods. 2 O.s.p. pokiaľ v tejto hlave nie je ustanovené inak, použije sa primerane ustanovenie druhej hlavy s výnimkou § 250a. Vzhľadom na absenciu právnej úpravy späťvzatia odvolania a spôsobu rozhodovania súdu za danej procesnej situácie, vrátane rozhodovania o trovách konania s ním spojených v tretej hlave piatej časti O.s.p., súd o dispozitívnom úkone navrhovateľky a o trovách konania rozhodol podľa ustanovení druhej hlavy piatej časti O.s.p., upravujúcich konanie o žalobách proti rozhodnutiam a postupom správnych orgánov. Až do rozhodnutia súdu môže žalobca vziať žalobu späť; ak žalovanému medzitým vznikli trovy konania, rozhodne súd o ich náhrade (§ 250h ods. 2 O.s.p.). V zmysle ust. § 250d ods. 3 O.s.p. súd uznesením konanie zastaví, ak bola žaloba vzatá späť (§ 250h ods. 2 O.s.p.). S poukazom na dispozitívny úkon navrhovateľky, skôr ako súd pristúpil k rozhodnutiu o jej opravnom prostriedku, pri aplikácii citovaného zákonného ustanovenia rozhodol o zastavení konania.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náhrade trov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Vzhľadom k tomu, že sa účastníci konania vzdali práva podať odvolanie proti vyhlásenému rozhodnutiu, toto nadobudne právoplatnosť dňom doručenia poslednému z nich (§ 207 ods. 1, § 167 ods. 2, v spojení s § 159 ods. 1 O.s.p.). V Žiline, dňa 1. októbra 2012 JUDr. Zuzana Jančárová samosudkyňa Za správnosť vyhotovenia: Miriama Talapková</w:t>
      </w:r>
    </w:p>
    <w:p/>
    <w:p>
      <w:r>
        <w:t>Zdroj: KAUZIS.SK – https://www.kauzis.sk/judikatura/r/ECLI:SK:KSZA:2012:5012200536.1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