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25Sd/177/2012 z 18. 9. 2012</w:t>
      </w:r>
    </w:p>
    <w:p>
      <w:r>
        <w:t>Uznesenie Krajského súdu Žilina z 18. septembra 2012, sp. zn. 25Sd/177/2012, ECLI:SK:KSZA:2012:5012200552.2</w:t>
      </w:r>
    </w:p>
    <w:p>
      <w:r>
        <w:t>Súd: Krajský súd Žilina</w:t>
      </w:r>
    </w:p>
    <w:p>
      <w:r>
        <w:t>Spisová značka: 25Sd/177/2012</w:t>
      </w:r>
    </w:p>
    <w:p>
      <w:r>
        <w:t>ECLI: ECLI:SK:KSZA:2012:5012200552.2</w:t>
      </w:r>
    </w:p>
    <w:p>
      <w:r>
        <w:t>Dátum vydania: 18. 9. 2012</w:t>
      </w:r>
    </w:p>
    <w:p>
      <w:r>
        <w:t>Forma: Uznesenie</w:t>
      </w:r>
    </w:p>
    <w:p>
      <w:r>
        <w:t>Oblasť práva: Správne právo</w:t>
      </w:r>
    </w:p>
    <w:p>
      <w:pPr>
        <w:pStyle w:val="Heading2"/>
      </w:pPr>
      <w:r>
        <w:t>Text rozhodnutia</w:t>
      </w:r>
    </w:p>
    <w:p>
      <w:r>
        <w:t>Súd: Krajský súd Žilina Spisová značka: 25Sd/177/2012 Identifikačné číslo súdneho spisu: 5012200552 Dátum vydania rozhodnutia: 19. 09. 2012 Meno a priezvisko sudcu, VSÚ: Mgr. Nora Tomková ECLI: ECLI:SK:KSZA:2012:5012200552.2 Uznesenie Krajský súd v Žiline, v právnej veci navrhovateľky: J. B., nar. XX. XX. XXXX, r. č.: XXXXXX/XXX, bytom L., F. 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16. marca 2012 podľa § 70 ods. 1 a § 71 ods. 1 Zákona o sociálnom poistení v znení neskorších predpisov odňala navrhovateľke od 6. marca 2012 invalidný dôchodok. Proti tomuto rozhodnutiu podala navrhovateľka včas opravný prostriedok, v ktorom namietala posúdenie svojho zdravotného stavu. Podľa posudku posudkového lekára sociálneho poistenia odporkyne, pobočky Martin zo dňa 6. marca 2012, ktorý bol vypracovaný na základe podanej žiadosti o invalidný dôchodok, nie je navrhovateľka invalidná podľa § 71 ods. 1 Zákona o sociálnom poistení, lebo má mieru poklesu schopnosti vykonávať zárobkovú činnosť 35 % v porovnaní so zdravou fyzickou osobou. Na základe podaného opravného prostriedku bol zdravotný stav navrhovateľky opätovne posúdený posudkovým lekárom sociálneho poistenia odporkyne, pobočky Martin dňa 4. júna 2012 a posudkovým lekárom sociálneho poistenia odporkyne, ústredie dňa 16. júla 2012. Posudkoví lekári sociálneho poistenia zotrvali na pôvodnom posudku, že navrhovateľka nie je invalidná podľa § 71 ods. 1 Zákona o sociálnom poistení, lebo má mieru poklesu schopnosti vykonávať zárobkovú činnosť 35 % v porovnaní so zdravou fyzickou osobou. V priebehu konania odporkyňa rozhodnutím č. XXX XXX XXXX X zo dňa 4. mája 2012 podľa § 112 ods. 1 Zákona o sociálnom poistení zrušila napadnuté rozhodnutie odporkyne zo 16. marca 2012 z dôvodu, že bolo nesprávne vydané a rozhodnutím č. XXX XXX XXXX X zo dňa 4. mája 2012 bola navrhovateľke zamietnutá žiadosť o invalidný dôchodok zo dňa 6. marca 2012 podľa § 70 Zákona o sociálnom poistení v znení neskorších predpisov. Podaním doručeným súdu dňa 11. septembra 2012 oznámila navrhovateľka, že berie svoj návrh v celom rozsahu späť a žiada konanie zastaviť. S poukazom na dispozitívny úkon navrhovateľky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https://www.kauzis.sk/judikatura/r/ECLI:SK:KSZA:2012:5012200552.2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