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25Sd/200/2012 z 24. 10. 2012</w:t>
      </w:r>
    </w:p>
    <w:p>
      <w:r>
        <w:t>Uznesenie Krajského súdu Žilina z 24. októbra 2012, sp. zn. 25Sd/200/2012, ECLI:SK:KSZA:2012:5012200624.2</w:t>
      </w:r>
    </w:p>
    <w:p>
      <w:r>
        <w:t>Súd: Krajský súd Žilina</w:t>
      </w:r>
    </w:p>
    <w:p>
      <w:r>
        <w:t>Spisová značka: 25Sd/200/2012</w:t>
      </w:r>
    </w:p>
    <w:p>
      <w:r>
        <w:t>ECLI: ECLI:SK:KSZA:2012:5012200624.2</w:t>
      </w:r>
    </w:p>
    <w:p>
      <w:r>
        <w:t>Dátum vydania: 24. 10. 2012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Žilina Spisová značka: 25Sd/200/2012 Identifikačné číslo súdneho spisu: 5012200624 Dátum vydania rozhodnutia: 25. 10. 2012 Meno a priezvisko sudcu, VSÚ: Mgr. Nora Tomková ECLI: ECLI:SK:KSZA:2012:5012200624.2 Uznesenie Krajský súd v Žiline, v právnej veci navrhovateľky: R. S., nar. X. X. XXXX, r. č.: XXXXXX/XXXX, bytom L., B. XXXX/XX, proti odporkyni: Sociálna poisťovňa, ústredie, so sídlom Ul. 29. augusta č. 8, 813 63 Bratislava, o invalidný dôchodok, takto r o z h o d o l : Súd konanie z a s t a v u j e . Odporkyni náhradu trov konania n e p r i z n á v a . o d ô v o d n e n i e : Odporkyňa napadnutým rozhodnutím č. XXX XXX XXXX X zo dňa 26. apríla 2012 podľa § 70 a § 71 Zákona o sociálnom poistení v znení neskorších predpisov zamietla žiadosť navrhovateľky o invalidný dôchodok zo dňa 3. apríla 2012. Proti tomuto rozhodnutiu podala navrhovateľka včas opravný prostriedok, v ktorom žiadala o opätovné prehodnotenie jej zdravotného stavu. Na základe podaného opravného prostriedku bol zdravotný stav opätovne posúdený posudkovým lekárom sociálneho poistenia odporkyne, pobočky v Martine dňa 12. júna 2012 a posudkovým lekárom sociálneho poistenia odporkyne, ústredie dňa 20. augusta 2012. Posudkoví lekári sociálneho poistenia zotrvali na pôvodnom posudku, že navrhovateľka nie je invalidná podľa § 71 ods. 1 Zákona o sociálnom poistení, lebo má mieru poklesu schopnosti vykonávať zárobkovú činnosť 10 % v porovnaní so zdravou fyzickou osobou. Na pojednávaní navrhovateľka na základe záverov lekárskej správy vypracovanej MUDr. F. zobrala svoj opravný prostriedok späť a súhlasila s tým, aby súd konanie vo veci zastavil. Pokiaľ sa jej zdravotný stav zhorší a bude mať k dispozícii novšie odborné lekárske nálezy, podá si novú žiadosť o invalidný dôchodok. S poukazom na dispozitívny úkon navrhovateľky súd konanie zastavil v súlade s ust. § 250d ods. 3 O.s.p. v spojení s ust. § 250h ods. 2 O.s.p.. O trovách konania súd rozhodol primerane podľa ust. § 250h ods. 2 O.s.p. v spojení s ust. § 250l ods. 2 O.s.p., podľa ktorého, až do rozhodnutia súdu môže žalobca vziať žalobu späť; ak žalovanému medzitým vznikli trovy konania, rozhodne súd o ich náhrade. V predmetnom konaní žalovanému správnemu orgánu trovy konania nevznikli, tieto si ani neuplatnil, preto o ich náhrade súd rozhodol tak, ako je uvedené vo výrokovej časti tohto rozhodnutia (odporkyni náhradu trov konania nepriznáva). Poučenie: Proti tomuto uzneseniu j e p r í p u s t n é odvolanie do 15 dní odo dňa jeho doručenia prostredníctvom Krajského súdu v Žiline na Najvyšší súd Slovenskej republiky v Bratislave, písomne v 3 vyhotoveniach. Vzhľadom k tomu, že sa účastníci konania vzdali práva podať odvolanie proti vyhlásenému rozhodnutiu, toto nadobudne právoplatnosť dňom doručenia poslednému z nich.</w:t>
      </w:r>
    </w:p>
    <w:p/>
    <w:p>
      <w:r>
        <w:t>Zdroj: KAUZIS.SK – https://www.kauzis.sk/judikatura/r/ECLI:SK:KSZA:2012:5012200624.2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