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25Sd/268/2012 z 18. 11. 2012</w:t>
      </w:r>
    </w:p>
    <w:p>
      <w:r>
        <w:t>Uznesenie Krajského súdu Žilina z 18. novembra 2012, sp. zn. 25Sd/268/2012, ECLI:SK:KSZA:2012:5012200822.2</w:t>
      </w:r>
    </w:p>
    <w:p>
      <w:r>
        <w:t>Súd: Krajský súd Žilina</w:t>
      </w:r>
    </w:p>
    <w:p>
      <w:r>
        <w:t>Spisová značka: 25Sd/268/2012</w:t>
      </w:r>
    </w:p>
    <w:p>
      <w:r>
        <w:t>ECLI: ECLI:SK:KSZA:2012:5012200822.2</w:t>
      </w:r>
    </w:p>
    <w:p>
      <w:r>
        <w:t>Dátum vydania: 18. 11. 2012</w:t>
      </w:r>
    </w:p>
    <w:p>
      <w:r>
        <w:t>Forma: Uznesenie</w:t>
      </w:r>
    </w:p>
    <w:p>
      <w:r>
        <w:t>Oblasť práva: Správne právo</w:t>
      </w:r>
    </w:p>
    <w:p>
      <w:pPr>
        <w:pStyle w:val="Heading2"/>
      </w:pPr>
      <w:r>
        <w:t>Text rozhodnutia</w:t>
      </w:r>
    </w:p>
    <w:p>
      <w:r>
        <w:t>Súd: Krajský súd Žilina Spisová značka: 25Sd/268/2012 Identifikačné číslo súdneho spisu: 5012200822 Dátum vydania rozhodnutia: 19. 11. 2012 Meno a priezvisko sudcu, VSÚ: Mgr. Nora Tomková ECLI: ECLI:SK:KSZA:2012:5012200822.2 Uznesenie Krajský súd v Žiline, v právnej veci navrhovateľky: F. F., nar. XX. X. XXXX, r. č.: XXXXXX/XXXX, bytom Q., Q. XXXX/X, proti odporkyni: Sociálna poisťovňa, ústredie, so sídlom Ul. 29. augusta č. 8, 813 63 Bratislava, o invalidný dôchodok, takto r o z h o d o l : Súd konanie z a s t a v u j e . Odporkyni náhradu trov konania n e p r i z n á v a . o d ô v o d n e n i e : Odporkyňa napadnutým rozhodnutím č. XXX XXX XXXX X zo dňa 11. 6. 2012 podľa § 71, § 72 Zákona o sociálnom poistení v znení neskorších predpisov zamietla žiadosť navrhovateľky o invalidný dôchodok zo dňa 28. mája 2012 (MPSVZČ - 15 %). Proti rozhodnutiu odporkyne podala navrhovateľka včas opravný prostriedok, v ktorom namietala svoj nepriaznivý zdravotný stav. Na základe podaného opravného prostriedku bol zdravotný stav navrhovateľky opätovne posúdený posudkovým lekárom sociálneho poistenia odporkyne, pobočky Žilina dňa 6. augusta 2012 a posudkovým lekárom sociálneho poistenia odporkyne, ústredie dňa 24. októbra 2012. Posudkoví lekári sociálneho poistenia zotrvali na pôvodnom posudku, že navrhovateľka nie je invalidná podľa § 71 ods. 1 Zákona o sociálnom poistení, lebo má mieru poklesu schopnosti vykonávať zárobkovú činnosť 15 % v porovnaní so zdravou fyzickou osobou. Podaním doručeným súdu dňa 16. novembra 2012 oznámila navrhovateľka, že berie svoj návrh (opravný prostriedok) proti rozhodnutiu odporkyne späť z dôvodu, že nemá záujem pokračovať v tomto konaní. S poukazom na dispozitívny úkon navrhovateľky súd konanie zastavil v súlade s ust. § 250d ods. 3 O.s.p. v spojení s ust. § 250h ods. 2 O.s.p..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tieto si ani neuplatnil, preto o ich náhrade súd rozhodol tak, ako je uvedené vo výrokovej časti tohto rozhodnutia (odporkyni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https://www.kauzis.sk/judikatura/r/ECLI:SK:KSZA:2012:5012200822.2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