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13Cob/451/2011 z 12. 9. 2012</w:t>
      </w:r>
    </w:p>
    <w:p>
      <w:r>
        <w:t>Opravné uznesenie Krajského súdu Žilina z 12. septembra 2012, sp. zn. 13Cob/451/2011, ECLI:SK:KSZA:2012:5110236256.3</w:t>
      </w:r>
    </w:p>
    <w:p>
      <w:r>
        <w:t>Súd: Krajský súd Žilina</w:t>
      </w:r>
    </w:p>
    <w:p>
      <w:r>
        <w:t>Spisová značka: 13Cob/451/2011</w:t>
      </w:r>
    </w:p>
    <w:p>
      <w:r>
        <w:t>ECLI: ECLI:SK:KSZA:2012:5110236256.3</w:t>
      </w:r>
    </w:p>
    <w:p>
      <w:r>
        <w:t>Dátum vydania: 12. 9. 2012</w:t>
      </w:r>
    </w:p>
    <w:p>
      <w:r>
        <w:t>Forma: Opravné uznesenie</w:t>
      </w:r>
    </w:p>
    <w:p>
      <w:r>
        <w:t>Oblasť práva: Obchodné právo</w:t>
      </w:r>
    </w:p>
    <w:p>
      <w:pPr>
        <w:pStyle w:val="Heading2"/>
      </w:pPr>
      <w:r>
        <w:t>Text rozhodnutia</w:t>
      </w:r>
    </w:p>
    <w:p>
      <w:r>
        <w:t>Súd: Krajský súd Žilina Spisová značka: 13Cob/451/2011 Identifikačné číslo súdneho spisu: 5110236256 Dátum vydania rozhodnutia: 13. 09. 2012 Meno a priezvisko sudcu, VSÚ: Mgr. Zuzana Štolcová ECLI: ECLI:SK:KSZA:2012:5110236256.3 Opravné uznesenie Krajský súd v Žiline ako súd odvolací v právnej veci žalobcu: Prvý správcovský dom, k.s. - v skratke PSD, k.s., so sídlom Rudnayovo nám. 1, 811 01 Bratislava, IČO: 35 959 665, správcu úpadcu: SOIC, s.r.o., so sídlom J. Ťatliaka 1785/6, 026 01 Dolný Kubín, IČO: 36 369 276, proti žalovanému: Pavlovi Nemčekovi, s miestom podnikania K Medokýšu 916/19, 034 84 Liptovské Sliače, IČO: 33 028 303 (podnikateľský subjekt ukončil svoju činnosť k 12.5.2012), zastúpenému BUKNA, advokátska kancelária, s.r.o., so sídlom Hviezdoslavovo námestie 1683, 026 01 Dolný Kubín, IČO: 36 865 044, v konaní o zaplatenie 2.850,03 Eur s príslušenstvom, o odvolaní žalobcu proti rozsudku Okresného súdu Ružomberok č.k. 3Cb/8/2011-204 zo dňa 21.10.2011, takto r o z h o d o l : O p r a v u j e sa výrok o trovách odvolacieho konania rozsudku Krajského súdu v Žiline č.k. 13Cob/451/2011-253 zo dňa 24.05.2012, ktorý správne znie: „Žalobca j e p o v i n n ý nahradiť žalovanému trovy odvolacieho konania, a to trovy právneho zastúpenia vo výške 142,34 Eur v lehote do troch dní od právoplatnosti rozsudku, na účet právneho zástupcu žalovaného BUKNA, advokátska kancelária, s.r.o., so sídlom Hviezdoslavovo námestie 1683, 026 01 Dolný Kubín, IČO: 36 865 044“. o d ô v o d n e n i e : Okresný súd Ružomberok rozsudkom č.k. 3Cb/8/2011-204 zo dňa 21.10.2011 žalobu zamietol v celom rozsahu. O trovách konania rozhodol tak, že žalovanému sa priznáva náhrada trov konania vo výške 1.057 Eur, ktoré mu je žalobca povinný zaplatiť na účet právneho zástupcu, vedený vo Y. a.s., pobočka G. F., číslo účtu XXXXXXXXXX/XXXX, VS 201035, v lehote do troch dní od právoplatnosti rozsudku. Proti tomuto rozsudku v zákonnej lehote podal odvolanie žalobca. Navrhol, aby odvolací súd rozhodnutie okresného súdu zmenil v zmysle petitu odvolacieho návrhu v písomne podanom odvolaní zo dňa 04.11.2011. Krajský súd v Žiline rozsudkom č.k. 13Cob/451/2011-253 zo dňa 24.05.2012 rozhodol tak, že rozsudok Okresného súdu Ružomberok č.k. 3Cb/8/2011-204 zo dňa 21.10.2011 potvrdil. Samostatným výrokom rozhodol, že žalovaný je povinný nahradiť žalobcovi trovy odvolacieho konania, a to trovy právneho zastúpenia vo výške 142,34 Eur v lehote do troch dní od právoplatnosti rozsudku, na účet právneho zástupcu žalovaného BUKNA, advokátska kancelária, s.r.o., so sídlom Hviezdoslavovo námestie 1683, 026 01 Dolný Kubín, IČO: 36 865 044. Krajský súd v Žiline ako súd odvolací (§ 10 ods. 1 O.s.p.) postupom bez nariadenia pojednávania podľa § 214 ods. 2 O.s.p. za aplikácie ust. § 164 v spojení s ust. § 222 ods. 3 O.s.p. rozhodol o oprave výroku rozsudku Krajského súdu v Žiline č.k. 13Cob/451/2011-253 zo dňa 24.05.2012 vo výroku o trovách prvostupňového konania. Rozhodnutie bolo prijaté hlasovaním v pomere hlasov 3:0. 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Krajský súd zistil, že vo výroku o trovách odvolacieho konania došlo ku zrejmej nesprávnosti v označení účastníkov konania (zámena žalobcu a žalovaného) pri uložení povinnosti nahradiť trovy odvolacieho konania, a tomu zodpovedajúcemu právu na ich náhradu, ktoré nesprávne označenie účastníkov (ich zámena) vo výroku o trovách odvolacieho konania nezodpovedá odôvodneniu tejto časti rozhodnutia krajského súdu, keďže bolo nesprávne uvedené: „Žalovaný j e p o v i n n ý nahradiť žalobcovi trovy odvolacieho konania, a to trovy právneho zastúpenia vo výške 142,34 Eur v lehote do troch dní od právoplatnosti rozsudku, na účet právneho zástupcu žalovaného BUKNA, advokátska kancelária, s.r.o., so sídlom Hviezdoslavovo námestie 1683, 026 01 Dolný Kubín, IČO: 36 865 044“. To, že došlo k zrejmej nesprávnosti v označení účastníkov konania (nesprávne uvedenie žalobcu a žalovaného) dotvrdzuje samotné odôvodnenie rozhodnutia krajského súdu viažuce sa k výroku o trovách odvolacieho konania, ako i vo výroku určené miesto platenia trov odvolacieho konania, ktoré je sídlom právneho zástupcu žalovaného. Správny výrok uznesenia krajského súdu, týkajúci sa trov odvolacieho konania, znie: „Žalobca je povinný nahradiť žalovanému trovy odvolacieho konania, a to trovy právneho zastúpenia vo výške 142,34 Eur v lehote do troch dní od právoplatnosti rozsudku, na účet právneho zástupcu žalovaného BUKNA, advokátska kancelária, s.r.o., so sídlom Hviezdoslavovo námestie 1683, 026 01 Dolný Kubín, IČO: 36 865 044“. Vzhľadom k tomu, že došlo k zrejmej nesprávnosti vo výroku rozsudku krajského súdu o trovách odvolacieho konania, vo väzbe na odôvodnenie rozhodnutia odvolacieho súdu, tento nedostatok bol opravený vydaním opravného uznesenia postupom podľa § 164 O.s.p. za aplikácie § 167 ods. 2 O.s.p. v spojení s ust. § 222 ods. 3 O.s.p., uvedením správneho znenia výroku o trovách odvolacieho konania. Poučenie: Proti tomuto uzneseniu odvolanie n i e j e prípustné.</w:t>
      </w:r>
    </w:p>
    <w:p/>
    <w:p>
      <w:r>
        <w:t>Zdroj: KAUZIS.SK – https://www.kauzis.sk/judikatura/r/ECLI:SK:KSZA:2012:5110236256.3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