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9Co/310/2012 z 26. 8. 2012</w:t>
      </w:r>
    </w:p>
    <w:p>
      <w:r>
        <w:t>Uznesenie Krajského súdu Žilina z 26. augusta 2012, sp. zn. 9Co/310/2012, ECLI:SK:KSZA:2012:5111210951.1</w:t>
      </w:r>
    </w:p>
    <w:p>
      <w:r>
        <w:t>Súd: Krajský súd Žilina</w:t>
      </w:r>
    </w:p>
    <w:p>
      <w:r>
        <w:t>Spisová značka: 9Co/310/2012</w:t>
      </w:r>
    </w:p>
    <w:p>
      <w:r>
        <w:t>ECLI: ECLI:SK:KSZA:2012:5111210951.1</w:t>
      </w:r>
    </w:p>
    <w:p>
      <w:r>
        <w:t>Dátum vydania: 26. 8. 2012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Žilina Spisová značka: 9Co/310/2012 Identifikačné číslo súdneho spisu: 5111210951 Dátum vydania rozhodnutia: 27. 08. 2012 Meno a priezvisko sudcu, VSÚ: JUDr. Ján Burik ECLI: ECLI:SK:KSZA:2012:5111210951.1</w:t>
      </w:r>
    </w:p>
    <w:p>
      <w:r>
        <w:t>Uznesenie Krajský súd v Žiline, ako súd odvolací, v právnej veci navrhovateľa BECK reisen s.r.o., so sídlom Bratislava, Rožňavská 1, IČO: 35 830 522, zastúpeného Mgr. Petrom Serinom, advokátom so sídlom v R., D. XX proti odporcovi C. N., bytom A. XXX, v konaní o zaplatenie 606,74 eur s príslušenstvom, na odvolanie odporcu proti uzneseniu Okresného súdu v Žiline, č.k. 17C/85/2012-41 zo dňa 29. 5. 2012, takto</w:t>
      </w:r>
    </w:p>
    <w:p>
      <w:r>
        <w:t>r o z h o d o l :</w:t>
      </w:r>
    </w:p>
    <w:p>
      <w:r>
        <w:t>Uznesenie okresného súdu p o t v r d z u j e .</w:t>
      </w:r>
    </w:p>
    <w:p>
      <w:r>
        <w:t>Navrhovateľovi náhradu trov odvolacieho konania n e p r i z n á v a .</w:t>
      </w:r>
    </w:p>
    <w:p>
      <w:r>
        <w:t>o d ô v o d n e n i e :</w:t>
      </w:r>
    </w:p>
    <w:p>
      <w:r>
        <w:t>Napadnutým uznesením Okresný súd v Žiline odmietol odpor odporcu proti platobnému rozkazu č.k. 25Ro/91/2011-35 zo dňa 29. 3. 2012 a navrhovateľovi náhradu trov konania nepriznal.</w:t>
      </w:r>
    </w:p>
    <w:p>
      <w:r>
        <w:t>Svoje rozhodnutie odôvodnil ust. § 174 ods. 3 písm. b/ O.s.p., keď konštatoval, že podanie odporcu, doručené súdu dňa 20. 4. 2012, nespĺňalo podstatnú náležitosť odporu - odôvodnenie, nakoľko účastník poukazuje len na skutočnosť, že o navrhovateľovi v roku 2008 informoval prostredníctvom médií, pričom o tejto skutočnosti nemôže predložiť doklady a táto skutočnosť sama o sebe nijakým spôsobom nespochybňuje opodstatnenosť a výšku nároku.</w:t>
      </w:r>
    </w:p>
    <w:p>
      <w:r>
        <w:t>Pri rozhodovaní o trovách konania vychádzal z ust. § 142 ods. 1 O.s.p. a nepriznal navrhovateľovi náhradu trov konania, nakoľko mu žiadne trovy nevznikli.</w:t>
      </w:r>
    </w:p>
    <w:p>
      <w:r>
        <w:t>Proti tomuto uzneseniu podal odvolanie, v zákonom stanovenej lehote, odporca. Poukazoval na to, že v konaní nebol vypočutý, a preto uvažuje, že opätovne podá sťažnosť na navrhovateľa.</w:t>
      </w:r>
    </w:p>
    <w:p>
      <w:r>
        <w:t>Krajský súd, ako súd odvolací, preskúmal vec v rozsahu mu danom ust. § 212 ods. 1 O.s.p. a bez nariadenia pojednávania (§ 214 O.s.p.) rozhodnutie prvostupňového súdu podľa ust. § 219 O.s.p. ako vecne správne potvrdil.</w:t>
      </w:r>
    </w:p>
    <w:p>
      <w:r>
        <w:t>Ako vyplynulo z obsahu spisu, odporcovi bol dňa 16. 4. 2012 doručený platobný rozkaz č.k. 25Ro/91/2011-35 zo dňa 29. 3. 2012, v ktorom bol poučený v zmysle § 174 ods. 3 písm. b/ O.s.p. o možnosti odmietnutia odporu, ktorý bude podaný bez odôvodnenia. Zároveň bol poučený, v akom rozsahu je potrebné odpor proti platobnému rozkazu zdôvodniť.</w:t>
      </w:r>
    </w:p>
    <w:p>
      <w:r>
        <w:t>Keďže odporca vo svojom odpore, doručenom súdu 20. 4. 2012, neuviedol zákonné dôvody, ani to, či nárok navrhovateľa považuje za nedôvodný, prvostupňový súd postupoval správne, keď takýto odpor odmietol, a preto odvolací súd jeho rozhodnutie ako vecne správne potvrdil.</w:t>
      </w:r>
    </w:p>
    <w:p>
      <w:r>
        <w:t>Pokiaľ odporca poukazoval na to, že v konaní nebol vypočutý, tu je potrebné poznamenať, že platobný rozkaz v zmysle § 172 ods. 1 veta prvá O.s.p. môže súd vydať bez vypočutia odporcu.</w:t>
      </w:r>
    </w:p>
    <w:p>
      <w:r>
        <w:t>O trovách odvolacieho konania súd rozhodol podľa ust. § 142 ods. 1 O.s.p. s použitím ust. § 224 ods. 1 O.s.p. a nepriznal navrhovateľovi, aj keď mal v odvolacom konaní úspech, náhradu trov odvolacieho konania, lebo mu žiadne trovy nevznikli.</w:t>
      </w:r>
    </w:p>
    <w:p>
      <w:r>
        <w:t>Poučenie:</w:t>
      </w:r>
    </w:p>
    <w:p>
      <w:r>
        <w:t>Proti tomuto uzneseniu odvolanie n i e j e prípustné.</w:t>
      </w:r>
    </w:p>
    <w:p/>
    <w:p>
      <w:r>
        <w:t>Zdroj: KAUZIS.SK – https://www.kauzis.sk/judikatura/r/ECLI:SK:KSZA:2012:5111210951.1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