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10Co/342/2011 z 21. 3. 2012</w:t>
      </w:r>
    </w:p>
    <w:p>
      <w:r>
        <w:t>Uznesenie Krajského súdu Žilina z 21. marca 2012, sp. zn. 10Co/342/2011, ECLI:SK:KSZA:2012:5111222164.2</w:t>
      </w:r>
    </w:p>
    <w:p>
      <w:r>
        <w:t>Súd: Krajský súd Žilina</w:t>
      </w:r>
    </w:p>
    <w:p>
      <w:r>
        <w:t>Spisová značka: 10Co/342/2011</w:t>
      </w:r>
    </w:p>
    <w:p>
      <w:r>
        <w:t>ECLI: ECLI:SK:KSZA:2012:5111222164.2</w:t>
      </w:r>
    </w:p>
    <w:p>
      <w:r>
        <w:t>Dátum vydania: 21. 3.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Žilina Spisová značka: 10Co/342/2011 Identifikačné číslo súdneho spisu: 5111222164 Dátum vydania rozhodnutia: 22. 03. 2012 Meno a priezvisko sudcu, VSÚ: JUDr. Amália Paulerová ECLI: ECLI:SK:KSZA:2012:5111222164.2 Uznesenie Krajský súd v Žiline, ako súd odvolací, v právnej veci navrhovateľa - W. W., nar. XX.X.XXXX, bytom Z., M. XXX/XXX, právne zastúpeného JUDr. Mgr. Štefanom Buchom, advokátom so sídlom E., I. M. R. O. X, proti odporcovi- J. W., nar. XX.X.XXXX, bytom Z., M. XXX/XXX, o nariadenie predbežného opatrenia, na základe odvolania navrhovateľa proti uzneseniu Okresného súdu Žilina č.k. 7C/156/2011-39 zo dňa 27.10.2011, takto r o z h o d o l : Uznesenie okresného súdu z r u š u j e . o d ô v o d n e n i e : Súd prvého stupňa napadnutým uznesením uložil navrhovateľovi povinnosť zaplatiť v lehote 10 dní od jeho doručenia súdny poplatok za odvolanie vo výške 33 Eur podľa položky 1 písm. c/ Sadzobníka súdnych poplatkov. Proti tomuto uzneseniu podal v zákonom stanovenej lehote odvolanie navrhovateľ a domáhal sa jeho zrušenia. Namietal, že svoje odvolanie proti uzneseniu o zamietnutí návrhu na nariadenie predbežného opatrenia zo dňa 18.8.2011 vzal v celom rozsahu späť, nakoľko odpadol dôvod na nariadenie predbežného opatrenia. Urobil tak ešte predtým, než bolo o odvolaní rozhodnuté. Krajský súd, ako súd odvolací ( § 10 ods. l O.s.p.) po zistení, že odvolanie podal účastník ( § 201 prvá veta O.s.p.) v zákonom stanovenej lehote ( § 204 ods. l O.s.p.) preskúmal vec v rozsahu vymedzenom v § 212 ods. 1 O.s.p. bez nariadenia pojednávania (§ 214 ods. 2 O.s.p.) a uznesenie súdu prvého stupňa podľa § 221 ods. 1 písm. i/, ods. 2 O.s.p. zrušil. Navrhovateľovi podaním odvolania proti uzneseniu o zamietnutí jeho návrhu na nariadenie predbežného opatrenia vznikla poplatková povinnosť podľa § 5 ods. 1 písm. a/ zákona č. 71/1992 Zb. o súdnych poplatkoch a poplatku za výpis z registra trestov (ďalej len „zákon o súdnych poplatkoch“). Nakoľko poplatok nezaplatil zároveň s podaním odvolania, bol by inak namieste postup, ktorý uplatnil súd prvého stupňa, teda vyrubiť poplatníkovi súdny poplatok uznesením. V prejednávanej veci však navrhovateľ podaním zo dňa 17.10.2011, došlým súdu dňa 18.10.2011, teda ešte pred vydaním napadnutého uznesenia, vzal svoje odvolanie späť. Podľa § 11 ods. 4 veta druhá zákona o súdnych poplatkoch, ak sa návrh vzal späť pred zaplatením poplatku, poplatok sa nevyrubuje. Z uvedeného vyplýva, že pokiaľ bolo odvolanie vzaté späť, pričom súdny poplatok zaň ešte nebol zaplatený, nebol dôvod napadnuté uznesenie vydávať; preto ho odvolací súd zrušil. Toto rozhodnutie odvolacieho súdu bolo prijaté hlasovaním v senáte v pomere hlasov 3 : 0. Poučenie: Proti tomuto rozhodnutiu n i e j e odvolanie prípustné.</w:t>
      </w:r>
    </w:p>
    <w:p/>
    <w:p>
      <w:r>
        <w:t>Zdroj: KAUZIS.SK – https://www.kauzis.sk/judikatura/r/ECLI:SK:KSZA:2012:5111222164.2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