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9Co/434/2012 z 28. 11. 2012</w:t>
      </w:r>
    </w:p>
    <w:p>
      <w:r>
        <w:t>Uznesenie Krajského súdu Žilina z 28. novembra 2012, sp. zn. 9Co/434/2012, ECLI:SK:KSZA:2012:5111225536.1</w:t>
      </w:r>
    </w:p>
    <w:p>
      <w:r>
        <w:t>Súd: Krajský súd Žilina</w:t>
      </w:r>
    </w:p>
    <w:p>
      <w:r>
        <w:t>Spisová značka: 9Co/434/2012</w:t>
      </w:r>
    </w:p>
    <w:p>
      <w:r>
        <w:t>ECLI: ECLI:SK:KSZA:2012:5111225536.1</w:t>
      </w:r>
    </w:p>
    <w:p>
      <w:r>
        <w:t>Dátum vydania: 28. 11.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9Co/434/2012 Identifikačné číslo súdneho spisu: 5111225536 Dátum vydania rozhodnutia: 29. 11. 2012 Meno a priezvisko sudcu, VSÚ: JUDr. Ladislav Mejstrík ECLI: ECLI:SK:KSZA:2012:5111225536.1 Uznesenie Krajský súd v Žiline, ako súd odvolací, v právnej veci navrhovateľa: Y. K., nar. X. X. XXXX, bytom Z. Z., X. J. XXX/X, zastúpeného JUDr. Martinom Dočárom, advokátom so sídlom B., H. K. XXA proti odporcom: v rade 1/ G. L., nar. X. X. XXXX, v rade 2/ Ing. S. L., nar. X. X. XXXX, obaja bytom B., J. XXXX/X, zastúpeným JUDr. Magda Poliačiková, advokátka, s.r.o. so sídlom B., X. XX, v konaní o určenie neplatnosti právneho úkonu a zaplatenie 6 640,- eur, o odvolaní navrhovateľa proti rozsudku Okresného súdu Žilina, č.k. 17C/182/2011-82 zo dňa 5. 9. 2012 - o späťvzatí návrhu, takto r o z h o d o l : P r i p ú š ť a späťvzatie návrhu navrhovateľa, rozsudok súdu prvého stupňa z r u š u j e a konanie z a s t a v u j e . Žiaden z účastníkov n e m á právo na náhradu trov konania. o d ô v o d n e n i e : Pred Okresným súdom v Žiline sa viedlo konanie o neplatnosť právneho úkonu na zaplatenie 6 640,- eur, pričom súd vo veci rozhodol rozsudkom zo dňa 5. 9. 2012 a návrh zamietol. Proti tomuto rozsudku podal odvolanie navrhovateľ, pričom v priebehu odvolacieho konania súdu oznámil, že so súhlasom odporcov návrh berie späť vzhľadom na mimosúdnu dohodu a žiadny z účastníkov si neuplatňuje náhradu trov konania a právneho zastúpenia.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Vychádzajúc z citovaného zákonného ustanovenia a vzhľadom na späťvzatie návrhu za súhlasu odporcov, odvolací súd pripustil späťvzatie, rozsudok súdu prvého stupňa zrušil a konanie zastavil. O trovách konania rozhodol súd podľa § 146 ods. 1 písm. c/ O.s.p. a žiadnemu z účastníkov náhradu nepriznal, nakoľko konanie bolo zastavené. Poučenie: Proti tomuto uzneseniu odvolanie n i e j e prípustné.</w:t>
      </w:r>
    </w:p>
    <w:p/>
    <w:p>
      <w:r>
        <w:t>Zdroj: KAUZIS.SK – https://www.kauzis.sk/judikatura/r/ECLI:SK:KSZA:2012:5111225536.1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