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Žilina sp. zn. 6Co/392/2012 z 27. 11. 2012</w:t>
      </w:r>
    </w:p>
    <w:p>
      <w:r>
        <w:t>Uznesenie Krajského súdu Žilina z 27. novembra 2012, sp. zn. 6Co/392/2012, ECLI:SK:KSZA:2012:5111227894.1</w:t>
      </w:r>
    </w:p>
    <w:p>
      <w:r>
        <w:t>Súd: Krajský súd Žilina</w:t>
      </w:r>
    </w:p>
    <w:p>
      <w:r>
        <w:t>Spisová značka: 6Co/392/2012</w:t>
      </w:r>
    </w:p>
    <w:p>
      <w:r>
        <w:t>ECLI: ECLI:SK:KSZA:2012:5111227894.1</w:t>
      </w:r>
    </w:p>
    <w:p>
      <w:r>
        <w:t>Dátum vydania: 27. 11. 2012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Krajský súd Žilina Spisová značka: 6Co/392/2012 Identifikačné číslo súdneho spisu: 5111227894 Dátum vydania rozhodnutia: 28. 11. 2012 Meno a priezvisko sudcu, VSÚ: JUDr. Jana Urbanová ECLI: ECLI:SK:KSZA:2012:5111227894.1 Uznesenie Krajský súd v Žiline, ako súd odvolací, v právnej veci navrhovateľky: I. I., rod. K., nar. XX.X.XXXX, bytom D. XXXX, XXX XX Y. T. I., právne zastúpenej JUDr. Martinom Olosom, advokátom, so sídlom M. R. D. XX, XXX XX F., proti odporcovi: C. I., nar. XX.XX.XXXX, bytom D. XXXX, XXX XX Y. T. I., v konaní o zrušenie bezpodielového spoluvlastníctva manželov za trvania manželstva, o odvolaní navrhovateľky proti rozsudku Okresného súdu Žilina č.k. 4C/205/2011-25 zo dňa 25.4.2012, takto r o z h o d o l : Odvolacie konanie z a s t a v u j e . Odporcovi náhradu trov odvolacieho konania n e p r i z n á v a . o d ô v o d n e n i e : Napadnutým rozsudkom okresný súd zamietol návrh navrhovateľky o zrušenie bezpodielového spoluvlastníctva manželov (účastníkov) za trvania manželstva a zároveň vyslovil, že odporcovi náhradu trov konania nepriznáva. Proti tomuto rozsudku v zákonom stanovenej lehote podala odvolanie navrhovateľka prostredníctvom svojho právneho zástupcu, a v ktorom sa domáhala jeho zmeny tak, že jej návrhu bude v celom rozsahu vyhovené. Uviedla, že okresný súd vec nesprávne právne posúdil. Podaním zo dňa 30.8.2012 odvolateľka v písomnom podaní svojho právneho zástupcu oznámila, že podané odvolanie berie späť v celom rozsahu. Podľa ust. § 207 ods. 3 Občianskeho súdneho poriadku (O.s.p.), ak sa odvolanie, o ktorom nebolo rozhodnuté, vzalo späť, odvolací súd odvolacie konanie zastaví. S ohľadom na procesný úkon navrhovateľky a po zistení, že o odvolaní proti napadnutému rozsudku nebolo doteraz rozhodnuté, preto ho je možné vziať späť, odvolací súd v zmysle vyššie citovaného zákonného ustanovenia odvolacie konanie zastavil. O trovách odvolacieho konania krajský súd rozhodol tak, že odporcovi ich náhradu nepriznal. Odvolateľka - navrhovateľka nesie procesné zavinenie na zastavení odvolacieho konania, a preto podľa § 146 ods. 2 vety prvej O.s.p. v spojení s ust. § 224 ods. 1 O.s.p. je povinná nahradiť odporcovi trovy, ktoré mu v súvislosti s týmto štádiom konania vznikli. Z obsahu spisového materiálu mal však odvolací súd preukázané, že odporcovi doposiaľ s odvolacím konaním v tejto veci žiadne trovy nevznikli, a preto mu odvolací súd náhradu trov odvolacieho konania nepriznal. Ak odvolateľ vezme odvolanie späť, právoplatnosť napadnutého rozhodnutia nastane, ako keby k podaniu odvolania nedošlo. Lehoty, ktoré majú plynúť od právoplatnosti napadnutého rozhodnutia, plynú v takom prípade od právoplatnosti uznesenia o zastavení odvolacieho konania (§ 222 ods. 1 O.s.p.) Toto rozhodnutie odvolacieho súdu bolo prijaté hlasovaním v pomere hlasov 3 : 0 . Poučenie: Proti tomuto uzneseniu n i e j e prípustné odvolanie.</w:t>
      </w:r>
    </w:p>
    <w:p/>
    <w:p>
      <w:r>
        <w:t>Zdroj: KAUZIS.SK – https://www.kauzis.sk/judikatura/r/ECLI:SK:KSZA:2012:5111227894.1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