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Žilina sp. zn. 8Co/130/2012 z 12. 11. 2012</w:t>
      </w:r>
    </w:p>
    <w:p>
      <w:r>
        <w:t>Opravné uznesenie Krajského súdu Žilina z 12. novembra 2012, sp. zn. 8Co/130/2012, ECLI:SK:KSZA:2012:5611200577.2</w:t>
      </w:r>
    </w:p>
    <w:p>
      <w:r>
        <w:t>Súd: Krajský súd Žilina</w:t>
      </w:r>
    </w:p>
    <w:p>
      <w:r>
        <w:t>Spisová značka: 8Co/130/2012</w:t>
      </w:r>
    </w:p>
    <w:p>
      <w:r>
        <w:t>ECLI: ECLI:SK:KSZA:2012:5611200577.2</w:t>
      </w:r>
    </w:p>
    <w:p>
      <w:r>
        <w:t>Dátum vydania: 12. 11. 2012</w:t>
      </w:r>
    </w:p>
    <w:p>
      <w:r>
        <w:t>Forma: Opravné uznesenie</w:t>
      </w:r>
    </w:p>
    <w:p>
      <w:r>
        <w:t>Oblasť práva: Občianske právo</w:t>
      </w:r>
    </w:p>
    <w:p>
      <w:pPr>
        <w:pStyle w:val="Heading2"/>
      </w:pPr>
      <w:r>
        <w:t>Text rozhodnutia</w:t>
      </w:r>
    </w:p>
    <w:p>
      <w:r>
        <w:t>Súd: Krajský súd Žilina Spisová značka: 8Co/130/2012 Identifikačné číslo súdneho spisu: 5611200577 Dátum vydania rozhodnutia: 13. 11. 2012 Meno a priezvisko sudcu, VSÚ: JUDr. Táňa Rapčanová ECLI: ECLI:SK:KSZA:2012:5611200577.2 Opravné uznesenie Krajský súd v Žiline, ako súd odvolací, v právnej veci žalobcu: S. O., nar. XX. XX. XXXX, bytom Q., ul. N. č. XXX, zastúpený splnomocneným zástupcom JUDr. Dušanom Jančim, advokátom so sídlom D. P., ul. L. č. XXX, proti žalovanému: H. W., nar. XX. XX. XXXX, bytom Q., ul. U. M. č. XX, zastúpený splnomocneným zástupcom JUDr. Jaroslavom Kiapešom, advokátom so sídlom D. P., ul. Q. č. XXXX/ XX, o splnenie povinnosti zaplatiť sumu 3.319,40 eur s príslušenstvom, takto r o z h o d o l : záhlavie rozsudku Krajského súdu v Žiline č. k. 8Co/130/2012-116 zo dňa 30. októbra 2012 v časti označenia žalovaného W. s a o p r a v u j e tak, že správne má znieť: „ W. .“ o d ô v o d n e n i e : Krajský súd rozsudkom č. k. 8Co/130/2012-116 zo dňa 30. 10. 2012 rozsudok okresného súdu potvrdil. Žalobcovi uložil povinnosť nahradiť žalovanému titulom trov odvolacieho konania sumu 154,56 eur na účet jeho splnomocneného zástupcu JUDr. Jaroslava Kiapeša, advokáta so sídlom D. P., ul. Q. č. XXXX/ XX do troch dní po právoplatnosti rozsudku. Krajský súd v písomnom vyhotovení rozsudku zo dňa 30. 10. 2012, a to v záhlaví v časti označenia žalovaného uviedol nesprávne priezvisko žalovaného „W.". Podľa ust. § 164 Občianskeho súdneho poriadku (ďalej len „O. s. 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167 ods. 2 O. s. p., ak nie je ďalej ustanovené inak, použijú sa na uznesenie primerane ustanovenia o rozsudku. Podľa ust. § 211 ods. 3 O. s. p., ak tento zákon neustanovuje inak, pre konanie na odvolacom súde platia primerane ustanovenia o konaní pred súdom prvého stupňa. Vzhľadom k vyššie uvedeným skutočnostiam, keď krajský súd nesprávne uviedol priezvisko žalovaného, pričom ide o zrejmú nesprávnosť v označení žalovaného, bolo nutné vykonať opravu rozsudku krajského súdu v zmysle ust. § 164 O. s. p., tak ako je uvedené vo výroku tohto uznesenia. Toto rozhodnutie odvolacieho súdu bolo prijaté hlasovaním v pomere hlasov 3 : 0. Poučenie: Proti tomuto uzneseniu odvolanie n i e j e p r í p u s t n é .</w:t>
      </w:r>
    </w:p>
    <w:p/>
    <w:p>
      <w:r>
        <w:t>Zdroj: KAUZIS.SK – https://www.kauzis.sk/judikatura/r/ECLI:SK:KSZA:2012:5611200577.2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