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Žilina sp. zn. 6Co/87/2012 z 20. 3. 2012</w:t>
      </w:r>
    </w:p>
    <w:p>
      <w:r>
        <w:t>Opravné uznesenie Krajského súdu Žilina z 20. marca 2012, sp. zn. 6Co/87/2012, ECLI:SK:KSZA:2012:5611204397.2</w:t>
      </w:r>
    </w:p>
    <w:p>
      <w:r>
        <w:t>Súd: Krajský súd Žilina</w:t>
      </w:r>
    </w:p>
    <w:p>
      <w:r>
        <w:t>Spisová značka: 6Co/87/2012</w:t>
      </w:r>
    </w:p>
    <w:p>
      <w:r>
        <w:t>ECLI: ECLI:SK:KSZA:2012:5611204397.2</w:t>
      </w:r>
    </w:p>
    <w:p>
      <w:r>
        <w:t>Dátum vydania: 20. 3.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Žilina Spisová značka: 6Co/87/2012 Identifikačné číslo súdneho spisu: 5611204397 Dátum vydania rozhodnutia: 21. 03. 2012 Meno a priezvisko sudcu, VSÚ: JUDr. Yvetta Dzugasová ECLI: ECLI:SK:KSZA:2012:5611204397.2 Opravné uznesenie Krajský súd v Žiline, ako súd odvolací, právnej veci navrhovateľa: EOS KSI Slovensko, s. r. o., so sídlom v Bratislave, Údernícka č. 5, IČO: 35 724 803, právne zastúpeného spoločnosťou: TOMÁŠ KUŠNÍR, s. r. o., so sídlom v Bratislave, Údernícka č. 5, IČO: 36 613 843, proti odporkyni: L. A., rod. Q., nar. XX. XX. XXXX, bytom U. č. XX, o zaplatenie 293,93 eur s príslušenstvom, v konaní o oprave rozsudku Krajského súdu v Žiline sp.zn. 6Co/87/2012, zo dňa 14. marca 2012, takto r o z h o d o l : O p r a v u j e rozsudok Krajského súdu v Žiline sp.zn. 6Co/87/2012 zo dňa 14. marca 2012 tak, že správne výrok tohto rozhodnutia znie: „Krajský súd p o t v r d z u j e rozsudok okresného súdu v časti o povolení splátok a v časti o trovách prvostupňového konania. Odporkyni náhradu trov odvolacieho konania n e p r i z n á v a . V časti nenapadnutej odvolaním z o s t á v a rozsudok okresného súdu n e d o t k n u t ý .“ o d ô v o d n e n i e : Krajský súd v Žiline rozsudkom sp.zn. 6Co/87/2012 zo dňa 14. marca 2012 potvrdil rozsudok okresného súdu v časti o povolení splátok a v časti o trovách prvostupňového konania. Odporkyni náhradu trov odvolacieho konania nepriznal. V časti nenapadnutej odvolaním zostal rozsudok okresného súdu nedotknutý. Podľa § 164 O. s. 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Krajský súd z úradnej povinnosti, bez návrhu vykonal opravu výrokovej časti citovaného rozsudku, nakoľko pri jeho písomnom vyhotovení došlo k chybe v písaní a zrejmej nesprávnosti. Oproti vyhlásenému zneniu rozsudku jeho písomné vyhotovenie obsahuje naviac výrok: „Rozsudok okresného súdu vo výroku o trovách prvostupňového konania p o t v r d z u j e .“ (výrok II.). V súlade s citovaným zákonným ustanovením krajský súd odstránil pochybenie pri písomnom vyhotovení rozsudku a zosúladil vyhlásené znenie rozsudku s jeho písomným vyhotovením. Toto rozhodnutie prijal odvolací senát pomerom hlasov 3 za, 0 proti. Poučenie: Proti tomuto uzneseniu odvolanie n i e j e prípustné.</w:t>
      </w:r>
    </w:p>
    <w:p/>
    <w:p>
      <w:r>
        <w:t>Zdroj: KAUZIS.SK – https://www.kauzis.sk/judikatura/r/ECLI:SK:KSZA:2012:5611204397.2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