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Žilina sp. zn. 20CoE/107/2012 z 15. 10. 2012</w:t>
      </w:r>
    </w:p>
    <w:p>
      <w:r>
        <w:t>Uznesenie Krajského súdu Žilina z 15. októbra 2012, sp. zn. 20CoE/107/2012, ECLI:SK:KSZA:2012:5709208772.2</w:t>
      </w:r>
    </w:p>
    <w:p>
      <w:r>
        <w:t>Súd: Krajský súd Žilina</w:t>
      </w:r>
    </w:p>
    <w:p>
      <w:r>
        <w:t>Spisová značka: 20CoE/107/2012</w:t>
      </w:r>
    </w:p>
    <w:p>
      <w:r>
        <w:t>ECLI: ECLI:SK:KSZA:2012:5709208772.2</w:t>
      </w:r>
    </w:p>
    <w:p>
      <w:r>
        <w:t>Dátum vydania: 15. 10. 2012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Krajský súd Žilina Spisová značka: 20CoE/107/2012 Identifikačné číslo súdneho spisu: 5709208772 Dátum vydania rozhodnutia: 16. 10. 2012 Meno a priezvisko sudcu, VSÚ: JUDr. Erika Čanádyová ECLI: ECLI:SK:KSZA:2012:5709208772.2 Uznesenie Krajský súd v Žiline ako súd odvolací, v exekučnej veci oprávneného: CETELEM SLOVENSKO a.s., so sídlom Panenská 7, 812 36 Bratislava, IČO: 35 787 783, právne zastúpeného JUDr. Helenou Strachotovou, advokátkou so sídlom J. X, XXX XX N., proti povinnému: I. V., nar. XX.XX.XXXX, bytom I. S. XXX, XXX XX P., o vymoženie 372,04 Eur s príslušenstvom, ktorá exekúcia je vedená súdnym exekútorom JUDr. Petrom Matejovie, so sídlom Exekútorského úradu N. XX, XXX XX V. N., pod sp. zn. EX 1786/2009, o odvolaní oprávneného proti uzneseniu Okresného súdu Námestovo č. k. 4Er/612/2009-27 zo dňa 16. mája 2011, takto jednomyseľne r o z h o d o l : Krajský súd odvolacie konanie z a s t a v u j e . Účastníkom a súdnemu exekútorovi súd náhradu trov odvolacieho konania n e p r i z n á v a . o d ô v o d n e n i e : Okresný súd napadnutým uznesením exekúciu vedenú na Okresnom súde Námestovo pod sp. zn. 4Er/612/2009 zastavil. O trovách exekučného konania rozhodol tak, že oprávnenému uložil povinnosť zaplatiť súdnemu exekútorovi náhradu trov exekučného konania v sume 52,67 Eur do troch dní od právoplatnosti uznesenia. Proti uzneseniu okresného súdu podal v zákonnej lehote odvolanie oprávnený, z dôvodu nesprávneho právneho posúdenia veci. V odvolaní oprávnený konštatoval, že uznesením č. k. 4Er/612/2009 zo dňa 16.5.2011 rozhodol Okresný súd Námestovo tak, že zamietol žiadosť súdneho exekútora o udelenie poverenia na vykonanie exekúcie (správne malo byť uvedené „exekúciu vedenú na Okresnom súde Námestovo pod sp. zn. 4Er/612/2009 zastavil“ - poznámka krajského súdu) a že uznesenie bolo doručené dňa 1.6.2011 (správne malo byť uvedené „2.6.2011“ - poznámka krajského súdu). Uznesením č.k. 20CoE/107/2012-35 zo dňa 12. septembra 2012 Krajský súd v Žiline vyzval oprávneného na odstránenie vád odvolania, ktoré bránia jeho vecnému vybaveniu. Podaním doručeným krajskému súdu dňa 11.10.2012 vzal oprávnený svoje odvolanie v celom rozsahu späť s tým, že náhradu trov konania nežiada. Krajský súd ako súd odvolací (§ 10 ods.1 O.s.p.) bez nariadenia pojednávania podľa ust. § 214 ods. 2 O.s.p., vzhľadom na procesný úkon oprávneného, ktorý vzal odvolanie v celom rozsahu späť, odvolacie konanie zastavil (§ 207 ods. 3 O.s.p.). Podľa ust. § 207 ods. 2 O.s.p., dokiaľ o odvolaní nebolo rozhodnuté, možno ho vziať späť. Ak niekto vzal odvolanie späť, nemôže ho podať znova. Podľa ust. § 207 ods. 3 O.s.p., ak sa odvolanie, o ktorom nebolo rozhodnuté, vzalo späť, odvolací súd odvolacie konanie zastaví. V súlade s vyššie citovanými zákonnými ustanoveniami a vzhľadom na úkon oprávneného, ktorý podané odvolanie vzal späť, rozhodol krajský súd tak, že odvolacie konanie zastavil. Poučenie: Proti tomuto uzneseniu odvolanie n i e j e prípustné.</w:t>
      </w:r>
    </w:p>
    <w:p/>
    <w:p>
      <w:r>
        <w:t>Zdroj: KAUZIS.SK – https://www.kauzis.sk/judikatura/r/ECLI:SK:KSZA:2012:5709208772.2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